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983A" w14:textId="77777777" w:rsidR="0096220A" w:rsidRPr="00DD49FF" w:rsidRDefault="00000000">
      <w:pPr>
        <w:spacing w:before="4500" w:after="460"/>
        <w:jc w:val="center"/>
        <w:rPr>
          <w:lang w:val="hr-HR"/>
        </w:rPr>
      </w:pPr>
      <w:r w:rsidRPr="00DD49FF">
        <w:rPr>
          <w:b/>
          <w:sz w:val="32"/>
          <w:lang w:val="hr-HR"/>
        </w:rPr>
        <w:t>PRAVILNIK</w:t>
      </w:r>
    </w:p>
    <w:p w14:paraId="4B11E47A" w14:textId="77777777" w:rsidR="0096220A" w:rsidRPr="00DD49FF" w:rsidRDefault="00000000">
      <w:pPr>
        <w:spacing w:after="5700"/>
        <w:jc w:val="center"/>
        <w:rPr>
          <w:lang w:val="hr-HR"/>
        </w:rPr>
      </w:pPr>
      <w:r w:rsidRPr="00DD49FF">
        <w:rPr>
          <w:b/>
          <w:sz w:val="30"/>
          <w:lang w:val="hr-HR"/>
        </w:rPr>
        <w:t>O PROVEDBI POSTUPAKA JEDNOSTAVNE NABAVE</w:t>
      </w:r>
    </w:p>
    <w:p w14:paraId="0876FC62" w14:textId="77777777" w:rsidR="0096220A" w:rsidRPr="00DD49FF" w:rsidRDefault="00000000">
      <w:pPr>
        <w:ind w:left="170"/>
        <w:rPr>
          <w:lang w:val="hr-HR"/>
        </w:rPr>
      </w:pPr>
      <w:r w:rsidRPr="00DD49FF">
        <w:rPr>
          <w:lang w:val="hr-HR"/>
        </w:rPr>
        <w:t>Rujan 2026.</w:t>
      </w:r>
    </w:p>
    <w:p w14:paraId="57BCE9D5" w14:textId="77777777" w:rsidR="0096220A" w:rsidRPr="00DD49FF" w:rsidRDefault="00000000">
      <w:pPr>
        <w:rPr>
          <w:lang w:val="hr-HR"/>
        </w:rPr>
      </w:pPr>
      <w:r w:rsidRPr="00DD49FF">
        <w:rPr>
          <w:lang w:val="hr-HR"/>
        </w:rPr>
        <w:br w:type="page"/>
      </w:r>
    </w:p>
    <w:p w14:paraId="05636CFF" w14:textId="0D4AB30B" w:rsidR="0096220A" w:rsidRPr="00A01312" w:rsidRDefault="00000000">
      <w:pPr>
        <w:spacing w:after="240"/>
        <w:jc w:val="both"/>
        <w:rPr>
          <w:sz w:val="24"/>
          <w:szCs w:val="24"/>
          <w:lang w:val="hr-HR"/>
        </w:rPr>
      </w:pPr>
      <w:r w:rsidRPr="00A01312">
        <w:rPr>
          <w:sz w:val="24"/>
          <w:szCs w:val="24"/>
          <w:lang w:val="hr-HR"/>
        </w:rPr>
        <w:lastRenderedPageBreak/>
        <w:t>Na temelju članka 15. stavka 2. Zakona o javnoj nabavi (Narodne novine, br. 120/16, 114/22 i 48/26.) i članka 2</w:t>
      </w:r>
      <w:r w:rsidR="001B1DF6">
        <w:rPr>
          <w:sz w:val="24"/>
          <w:szCs w:val="24"/>
          <w:lang w:val="hr-HR"/>
        </w:rPr>
        <w:t>9</w:t>
      </w:r>
      <w:r w:rsidRPr="00A01312">
        <w:rPr>
          <w:sz w:val="24"/>
          <w:szCs w:val="24"/>
          <w:lang w:val="hr-HR"/>
        </w:rPr>
        <w:t xml:space="preserve">. Statuta </w:t>
      </w:r>
      <w:r w:rsidR="001B1DF6">
        <w:rPr>
          <w:sz w:val="24"/>
          <w:szCs w:val="24"/>
          <w:lang w:val="hr-HR"/>
        </w:rPr>
        <w:t>Osnovn</w:t>
      </w:r>
      <w:r w:rsidRPr="00A01312">
        <w:rPr>
          <w:sz w:val="24"/>
          <w:szCs w:val="24"/>
          <w:lang w:val="hr-HR"/>
        </w:rPr>
        <w:t>e škole</w:t>
      </w:r>
      <w:r w:rsidR="001B1DF6">
        <w:rPr>
          <w:sz w:val="24"/>
          <w:szCs w:val="24"/>
          <w:lang w:val="hr-HR"/>
        </w:rPr>
        <w:t xml:space="preserve"> Sesvetska Sopnica</w:t>
      </w:r>
      <w:r w:rsidRPr="00A01312">
        <w:rPr>
          <w:sz w:val="24"/>
          <w:szCs w:val="24"/>
          <w:lang w:val="hr-HR"/>
        </w:rPr>
        <w:t xml:space="preserve">, Školski odbor </w:t>
      </w:r>
      <w:r w:rsidR="001B1DF6">
        <w:rPr>
          <w:sz w:val="24"/>
          <w:szCs w:val="24"/>
          <w:lang w:val="hr-HR"/>
        </w:rPr>
        <w:t>Osnovne</w:t>
      </w:r>
      <w:r w:rsidRPr="00A01312">
        <w:rPr>
          <w:sz w:val="24"/>
          <w:szCs w:val="24"/>
          <w:lang w:val="hr-HR"/>
        </w:rPr>
        <w:t xml:space="preserve"> škole</w:t>
      </w:r>
      <w:r w:rsidR="001B1DF6">
        <w:rPr>
          <w:sz w:val="24"/>
          <w:szCs w:val="24"/>
          <w:lang w:val="hr-HR"/>
        </w:rPr>
        <w:t xml:space="preserve"> Sesvetska Sopnica</w:t>
      </w:r>
      <w:r w:rsidRPr="00A01312">
        <w:rPr>
          <w:sz w:val="24"/>
          <w:szCs w:val="24"/>
          <w:lang w:val="hr-HR"/>
        </w:rPr>
        <w:t>, na __ sjednici, održanoj ___________ 2026. godine donio je</w:t>
      </w:r>
    </w:p>
    <w:p w14:paraId="5259133B" w14:textId="77777777" w:rsidR="0096220A" w:rsidRPr="00DD49FF" w:rsidRDefault="00000000">
      <w:pPr>
        <w:spacing w:before="280" w:after="320"/>
        <w:jc w:val="center"/>
        <w:rPr>
          <w:lang w:val="hr-HR"/>
        </w:rPr>
      </w:pPr>
      <w:r w:rsidRPr="00DD49FF">
        <w:rPr>
          <w:b/>
          <w:sz w:val="32"/>
          <w:lang w:val="hr-HR"/>
        </w:rPr>
        <w:t>PRAVILNIK</w:t>
      </w:r>
    </w:p>
    <w:p w14:paraId="3E4398CC" w14:textId="77777777" w:rsidR="0096220A" w:rsidRPr="00DD49FF" w:rsidRDefault="00000000">
      <w:pPr>
        <w:spacing w:after="440"/>
        <w:jc w:val="center"/>
        <w:rPr>
          <w:lang w:val="hr-HR"/>
        </w:rPr>
      </w:pPr>
      <w:r w:rsidRPr="00DD49FF">
        <w:rPr>
          <w:b/>
          <w:sz w:val="30"/>
          <w:lang w:val="hr-HR"/>
        </w:rPr>
        <w:t>O PROVEDBI POSTUPAKA JEDNOSTAVNE NABAVE</w:t>
      </w:r>
    </w:p>
    <w:p w14:paraId="4249A632" w14:textId="5D3ED5DD" w:rsidR="0096220A" w:rsidRPr="00A01312" w:rsidRDefault="002F3B64" w:rsidP="002F3B64">
      <w:pPr>
        <w:spacing w:before="140" w:after="180"/>
        <w:rPr>
          <w:sz w:val="24"/>
          <w:szCs w:val="24"/>
          <w:lang w:val="hr-HR"/>
        </w:rPr>
      </w:pPr>
      <w:r w:rsidRPr="00DD49FF">
        <w:rPr>
          <w:b/>
          <w:lang w:val="hr-HR"/>
        </w:rPr>
        <w:t>I</w:t>
      </w:r>
      <w:r w:rsidRPr="00A01312">
        <w:rPr>
          <w:b/>
          <w:sz w:val="24"/>
          <w:szCs w:val="24"/>
          <w:lang w:val="hr-HR"/>
        </w:rPr>
        <w:t>. OPĆE ODREDBE</w:t>
      </w:r>
    </w:p>
    <w:p w14:paraId="1E79AF12" w14:textId="77777777" w:rsidR="0096220A" w:rsidRPr="00A01312" w:rsidRDefault="00000000">
      <w:pPr>
        <w:spacing w:before="160" w:after="160"/>
        <w:jc w:val="center"/>
        <w:rPr>
          <w:b/>
          <w:bCs/>
          <w:sz w:val="24"/>
          <w:szCs w:val="24"/>
          <w:lang w:val="hr-HR"/>
        </w:rPr>
      </w:pPr>
      <w:r w:rsidRPr="00A01312">
        <w:rPr>
          <w:b/>
          <w:bCs/>
          <w:sz w:val="24"/>
          <w:szCs w:val="24"/>
          <w:lang w:val="hr-HR"/>
        </w:rPr>
        <w:t>Članak 1.</w:t>
      </w:r>
    </w:p>
    <w:p w14:paraId="3D3E1663" w14:textId="295E0ED8" w:rsidR="0096220A" w:rsidRPr="00A01312" w:rsidRDefault="00000000">
      <w:pPr>
        <w:jc w:val="both"/>
        <w:rPr>
          <w:sz w:val="24"/>
          <w:szCs w:val="24"/>
          <w:lang w:val="hr-HR"/>
        </w:rPr>
      </w:pPr>
      <w:r w:rsidRPr="00A01312">
        <w:rPr>
          <w:sz w:val="24"/>
          <w:szCs w:val="24"/>
          <w:lang w:val="hr-HR"/>
        </w:rPr>
        <w:t xml:space="preserve">(1) Ovim Pravilnikom se uređuju pravila, uvjeti i postupci za nabavu robe i usluga naručitelja </w:t>
      </w:r>
      <w:r w:rsidR="001B1DF6">
        <w:rPr>
          <w:sz w:val="24"/>
          <w:szCs w:val="24"/>
          <w:lang w:val="hr-HR"/>
        </w:rPr>
        <w:t>Osnovne</w:t>
      </w:r>
      <w:r w:rsidRPr="00A01312">
        <w:rPr>
          <w:sz w:val="24"/>
          <w:szCs w:val="24"/>
          <w:lang w:val="hr-HR"/>
        </w:rPr>
        <w:t xml:space="preserve"> škole</w:t>
      </w:r>
      <w:r w:rsidR="001B1DF6">
        <w:rPr>
          <w:sz w:val="24"/>
          <w:szCs w:val="24"/>
          <w:lang w:val="hr-HR"/>
        </w:rPr>
        <w:t xml:space="preserve"> Sesvetska Sopnica</w:t>
      </w:r>
      <w:r w:rsidRPr="00A01312">
        <w:rPr>
          <w:sz w:val="24"/>
          <w:szCs w:val="24"/>
          <w:lang w:val="hr-HR"/>
        </w:rPr>
        <w:t xml:space="preserve"> (u daljnjem tekstu: Škola) čija je procijenjena vrijednost bez poreza na dodanu vrijednost (PDV) manja od 50.000 eura i nabavu radova čija je procijenjena vrijednost bez poreza na dodanu vrijednost (PDV) manja od 100.000 eura (u daljnjem tekstu: jednostavna nabava).</w:t>
      </w:r>
    </w:p>
    <w:p w14:paraId="11EDAD6F" w14:textId="77777777" w:rsidR="0096220A" w:rsidRPr="00A01312" w:rsidRDefault="00000000">
      <w:pPr>
        <w:jc w:val="both"/>
        <w:rPr>
          <w:sz w:val="24"/>
          <w:szCs w:val="24"/>
          <w:lang w:val="hr-HR"/>
        </w:rPr>
      </w:pPr>
      <w:r w:rsidRPr="00A01312">
        <w:rPr>
          <w:sz w:val="24"/>
          <w:szCs w:val="24"/>
          <w:lang w:val="hr-HR"/>
        </w:rPr>
        <w:t>(2) Na postupke jednostavne nabave ne primjenjuju se odredbe Zakona o javnoj nabavi, osim odredbi koje se sukladno Zakonu izričito primjenjuju na jednostavnu nabavu.</w:t>
      </w:r>
    </w:p>
    <w:p w14:paraId="66232A27" w14:textId="2451D092" w:rsidR="0096220A" w:rsidRPr="00A01312" w:rsidRDefault="00000000">
      <w:pPr>
        <w:jc w:val="both"/>
        <w:rPr>
          <w:sz w:val="24"/>
          <w:szCs w:val="24"/>
          <w:lang w:val="hr-HR"/>
        </w:rPr>
      </w:pPr>
      <w:r w:rsidRPr="00A01312">
        <w:rPr>
          <w:sz w:val="24"/>
          <w:szCs w:val="24"/>
          <w:lang w:val="hr-HR"/>
        </w:rPr>
        <w:t>(3) Škola je obvezna primijeniti odredbe Zakona o javnoj nabavi za nabavu robe, radova, usluga te provedbu projektnih natječaja čija je procijenjena vrijednost jednaka ili veća od pragova iz stavka 1. ovoga članka.</w:t>
      </w:r>
    </w:p>
    <w:p w14:paraId="6E150829" w14:textId="77777777" w:rsidR="0096220A" w:rsidRPr="00A01312" w:rsidRDefault="00000000">
      <w:pPr>
        <w:spacing w:before="160" w:after="160"/>
        <w:jc w:val="center"/>
        <w:rPr>
          <w:b/>
          <w:bCs/>
          <w:sz w:val="24"/>
          <w:szCs w:val="24"/>
          <w:lang w:val="hr-HR"/>
        </w:rPr>
      </w:pPr>
      <w:r w:rsidRPr="00A01312">
        <w:rPr>
          <w:b/>
          <w:bCs/>
          <w:sz w:val="24"/>
          <w:szCs w:val="24"/>
          <w:lang w:val="hr-HR"/>
        </w:rPr>
        <w:t>Članak 2.</w:t>
      </w:r>
    </w:p>
    <w:p w14:paraId="37E6FF9C" w14:textId="77777777" w:rsidR="0096220A" w:rsidRPr="00A01312" w:rsidRDefault="00000000">
      <w:pPr>
        <w:jc w:val="both"/>
        <w:rPr>
          <w:sz w:val="24"/>
          <w:szCs w:val="24"/>
          <w:lang w:val="hr-HR"/>
        </w:rPr>
      </w:pPr>
      <w:r w:rsidRPr="00A01312">
        <w:rPr>
          <w:sz w:val="24"/>
          <w:szCs w:val="24"/>
          <w:lang w:val="hr-HR"/>
        </w:rPr>
        <w:t>(1) Vrijednosni pragovi utvrđeni ovim Pravilnikom određuju način provedbe postupaka jednostavne nabave te sami po sebi ne određuju ovlasti ravnatelja, Školskog odbora i Osnivača za odlučivanje o sklapanju pravnih poslova, davanje prethodnih suglasnosti i sklapanje ugovora.</w:t>
      </w:r>
    </w:p>
    <w:p w14:paraId="33E8E11C" w14:textId="6BA82414" w:rsidR="0096220A" w:rsidRPr="00A01312" w:rsidRDefault="00000000">
      <w:pPr>
        <w:jc w:val="both"/>
        <w:rPr>
          <w:sz w:val="24"/>
          <w:szCs w:val="24"/>
          <w:lang w:val="hr-HR"/>
        </w:rPr>
      </w:pPr>
      <w:r w:rsidRPr="00A01312">
        <w:rPr>
          <w:sz w:val="24"/>
          <w:szCs w:val="24"/>
          <w:lang w:val="hr-HR"/>
        </w:rPr>
        <w:t>(2) Pri odlučivanju o sklapanju pravnog posla, davanju prethodne suglasnosti i sklapanju ugovora primjenjuju se važeće odredbe Statuta Škole i drugih akata kojima su ure</w:t>
      </w:r>
      <w:r w:rsidR="00DD49FF" w:rsidRPr="00A01312">
        <w:rPr>
          <w:sz w:val="24"/>
          <w:szCs w:val="24"/>
          <w:lang w:val="hr-HR"/>
        </w:rPr>
        <w:t>đ</w:t>
      </w:r>
      <w:r w:rsidRPr="00A01312">
        <w:rPr>
          <w:sz w:val="24"/>
          <w:szCs w:val="24"/>
          <w:lang w:val="hr-HR"/>
        </w:rPr>
        <w:t>ene ovlasti ravnatelja, Školskog odbora i Osnivača.</w:t>
      </w:r>
    </w:p>
    <w:p w14:paraId="0810B60F" w14:textId="77777777" w:rsidR="0096220A" w:rsidRPr="00A01312" w:rsidRDefault="00000000">
      <w:pPr>
        <w:jc w:val="both"/>
        <w:rPr>
          <w:sz w:val="24"/>
          <w:szCs w:val="24"/>
          <w:lang w:val="hr-HR"/>
        </w:rPr>
      </w:pPr>
      <w:r w:rsidRPr="00A01312">
        <w:rPr>
          <w:sz w:val="24"/>
          <w:szCs w:val="24"/>
          <w:lang w:val="hr-HR"/>
        </w:rPr>
        <w:t>(3) Ako je prema važećim aktima za sklapanje određenog pravnog posla potrebna prethodna odluka odnosno suglasnost Školskog odbora ili Osnivača, ugovor ili drugi pravni posao može se sklopiti tek nakon pribavljanja potrebne odluke odnosno suglasnosti.</w:t>
      </w:r>
    </w:p>
    <w:p w14:paraId="04250A7C" w14:textId="45BA80CF" w:rsidR="0096220A" w:rsidRPr="00A01312" w:rsidRDefault="00000000">
      <w:pPr>
        <w:jc w:val="both"/>
        <w:rPr>
          <w:sz w:val="24"/>
          <w:szCs w:val="24"/>
          <w:lang w:val="hr-HR"/>
        </w:rPr>
      </w:pPr>
      <w:r w:rsidRPr="00A01312">
        <w:rPr>
          <w:sz w:val="24"/>
          <w:szCs w:val="24"/>
          <w:lang w:val="hr-HR"/>
        </w:rPr>
        <w:t>(4) Provedba postupka jednostavne nabave prema ovom Pravilniku ne zamjenjuje obvezu pribavljanja odluke odnosno suglasnosti iz stavka 3. ovoga članka.</w:t>
      </w:r>
    </w:p>
    <w:p w14:paraId="2EAA0845" w14:textId="77777777" w:rsidR="002F3B64" w:rsidRPr="00A01312" w:rsidRDefault="002F3B64">
      <w:pPr>
        <w:jc w:val="both"/>
        <w:rPr>
          <w:sz w:val="24"/>
          <w:szCs w:val="24"/>
          <w:lang w:val="hr-HR"/>
        </w:rPr>
      </w:pPr>
    </w:p>
    <w:p w14:paraId="7786F47D" w14:textId="4C0C1DA0" w:rsidR="002F3B64" w:rsidRPr="00A01312" w:rsidRDefault="00000000" w:rsidP="002F3B64">
      <w:pPr>
        <w:jc w:val="center"/>
        <w:rPr>
          <w:b/>
          <w:bCs/>
          <w:sz w:val="24"/>
          <w:szCs w:val="24"/>
          <w:lang w:val="hr-HR"/>
        </w:rPr>
      </w:pPr>
      <w:r w:rsidRPr="00A01312">
        <w:rPr>
          <w:b/>
          <w:bCs/>
          <w:sz w:val="24"/>
          <w:szCs w:val="24"/>
          <w:lang w:val="hr-HR"/>
        </w:rPr>
        <w:t>Članak 3.</w:t>
      </w:r>
    </w:p>
    <w:p w14:paraId="3A237224" w14:textId="77777777" w:rsidR="002F3B64" w:rsidRPr="00A01312" w:rsidRDefault="002F3B64" w:rsidP="002F3B64">
      <w:pPr>
        <w:jc w:val="center"/>
        <w:rPr>
          <w:sz w:val="24"/>
          <w:szCs w:val="24"/>
          <w:lang w:val="hr-HR"/>
        </w:rPr>
      </w:pPr>
    </w:p>
    <w:p w14:paraId="1C0FF0E5" w14:textId="34248173" w:rsidR="0096220A" w:rsidRPr="00A01312" w:rsidRDefault="00000000">
      <w:pPr>
        <w:jc w:val="both"/>
        <w:rPr>
          <w:sz w:val="24"/>
          <w:szCs w:val="24"/>
          <w:lang w:val="hr-HR"/>
        </w:rPr>
      </w:pPr>
      <w:r w:rsidRPr="00A01312">
        <w:rPr>
          <w:sz w:val="24"/>
          <w:szCs w:val="24"/>
          <w:lang w:val="hr-HR"/>
        </w:rPr>
        <w:t>Izrazi koji se koriste u ovom Pravilniku, a imaju rodno značenje, koriste se neutralno i odnose se jednako na muški i ženski rod.</w:t>
      </w:r>
    </w:p>
    <w:p w14:paraId="27C7A317" w14:textId="77777777" w:rsidR="00DD49FF" w:rsidRPr="00A01312" w:rsidRDefault="00DD49FF" w:rsidP="00DD49FF">
      <w:pPr>
        <w:rPr>
          <w:sz w:val="24"/>
          <w:szCs w:val="24"/>
          <w:lang w:val="hr-HR"/>
        </w:rPr>
      </w:pPr>
    </w:p>
    <w:p w14:paraId="53D3C6CA" w14:textId="52A0CCFE" w:rsidR="0096220A" w:rsidRPr="00A01312" w:rsidRDefault="002F3B64" w:rsidP="00DD49FF">
      <w:pPr>
        <w:rPr>
          <w:sz w:val="24"/>
          <w:szCs w:val="24"/>
          <w:lang w:val="hr-HR"/>
        </w:rPr>
      </w:pPr>
      <w:r w:rsidRPr="00A01312">
        <w:rPr>
          <w:b/>
          <w:sz w:val="24"/>
          <w:szCs w:val="24"/>
          <w:lang w:val="hr-HR"/>
        </w:rPr>
        <w:t>II. NAČELA JAVNE NABAVE</w:t>
      </w:r>
    </w:p>
    <w:p w14:paraId="7E7E2173" w14:textId="77777777" w:rsidR="0096220A" w:rsidRPr="00A01312" w:rsidRDefault="00000000">
      <w:pPr>
        <w:spacing w:before="160" w:after="160"/>
        <w:jc w:val="center"/>
        <w:rPr>
          <w:b/>
          <w:bCs/>
          <w:sz w:val="24"/>
          <w:szCs w:val="24"/>
          <w:lang w:val="hr-HR"/>
        </w:rPr>
      </w:pPr>
      <w:r w:rsidRPr="00A01312">
        <w:rPr>
          <w:b/>
          <w:bCs/>
          <w:sz w:val="24"/>
          <w:szCs w:val="24"/>
          <w:lang w:val="hr-HR"/>
        </w:rPr>
        <w:t>Članak 4.</w:t>
      </w:r>
    </w:p>
    <w:p w14:paraId="47D63276" w14:textId="77777777" w:rsidR="0096220A" w:rsidRPr="00A01312" w:rsidRDefault="00000000">
      <w:pPr>
        <w:jc w:val="both"/>
        <w:rPr>
          <w:sz w:val="24"/>
          <w:szCs w:val="24"/>
          <w:lang w:val="hr-HR"/>
        </w:rPr>
      </w:pPr>
      <w:r w:rsidRPr="00A01312">
        <w:rPr>
          <w:sz w:val="24"/>
          <w:szCs w:val="24"/>
          <w:lang w:val="hr-HR"/>
        </w:rPr>
        <w:t>(1) U provedbi postupaka jednostavne nabave sukladno ovom Pravilniku, Škola je obvezna poštovati načela javne nabave iz članka 4. Zakona o javnoj nabavi, osigurati pravnu zaštitu gospodarskim subjektima te primijeniti elektronička sredstva komunikacije.</w:t>
      </w:r>
    </w:p>
    <w:p w14:paraId="7F5AB21A" w14:textId="202BA736" w:rsidR="0096220A" w:rsidRPr="00A01312" w:rsidRDefault="00000000">
      <w:pPr>
        <w:jc w:val="both"/>
        <w:rPr>
          <w:sz w:val="24"/>
          <w:szCs w:val="24"/>
          <w:lang w:val="hr-HR"/>
        </w:rPr>
      </w:pPr>
      <w:r w:rsidRPr="00A01312">
        <w:rPr>
          <w:sz w:val="24"/>
          <w:szCs w:val="24"/>
          <w:lang w:val="hr-HR"/>
        </w:rPr>
        <w:lastRenderedPageBreak/>
        <w:t>(2) Škola je obvezna primjenjivati odredbe ovoga Pravilnika na način koji omogućava učinkovitu nabavu robe, usluga i radova te ekonomično i svrhovito trošenje proračunskih sredstava.</w:t>
      </w:r>
    </w:p>
    <w:p w14:paraId="556F9C76" w14:textId="5983D18A" w:rsidR="0096220A" w:rsidRPr="00A01312" w:rsidRDefault="002F3B64">
      <w:pPr>
        <w:spacing w:before="140" w:after="180"/>
        <w:rPr>
          <w:sz w:val="24"/>
          <w:szCs w:val="24"/>
          <w:lang w:val="hr-HR"/>
        </w:rPr>
      </w:pPr>
      <w:r w:rsidRPr="00A01312">
        <w:rPr>
          <w:b/>
          <w:sz w:val="24"/>
          <w:szCs w:val="24"/>
          <w:lang w:val="hr-HR"/>
        </w:rPr>
        <w:t>III. SUKOB INTERESA</w:t>
      </w:r>
    </w:p>
    <w:p w14:paraId="35D22F03" w14:textId="77777777" w:rsidR="0096220A" w:rsidRPr="00A01312" w:rsidRDefault="00000000">
      <w:pPr>
        <w:spacing w:before="160" w:after="160"/>
        <w:jc w:val="center"/>
        <w:rPr>
          <w:b/>
          <w:bCs/>
          <w:sz w:val="24"/>
          <w:szCs w:val="24"/>
          <w:lang w:val="hr-HR"/>
        </w:rPr>
      </w:pPr>
      <w:r w:rsidRPr="00A01312">
        <w:rPr>
          <w:b/>
          <w:bCs/>
          <w:sz w:val="24"/>
          <w:szCs w:val="24"/>
          <w:lang w:val="hr-HR"/>
        </w:rPr>
        <w:t>Članak 5.</w:t>
      </w:r>
    </w:p>
    <w:p w14:paraId="5B625F41" w14:textId="77777777" w:rsidR="0096220A" w:rsidRPr="00A01312" w:rsidRDefault="00000000">
      <w:pPr>
        <w:jc w:val="both"/>
        <w:rPr>
          <w:sz w:val="24"/>
          <w:szCs w:val="24"/>
          <w:lang w:val="hr-HR"/>
        </w:rPr>
      </w:pPr>
      <w:r w:rsidRPr="00A01312">
        <w:rPr>
          <w:sz w:val="24"/>
          <w:szCs w:val="24"/>
          <w:lang w:val="hr-HR"/>
        </w:rPr>
        <w:t>(1) Na sprječavanje sukoba interesa na odgovarajući način se primjenjuju odredbe članaka 75. do 83. Zakona o javnoj nabavi.</w:t>
      </w:r>
    </w:p>
    <w:p w14:paraId="67ED204B" w14:textId="77777777" w:rsidR="0096220A" w:rsidRDefault="00000000">
      <w:pPr>
        <w:jc w:val="both"/>
        <w:rPr>
          <w:sz w:val="24"/>
          <w:szCs w:val="24"/>
          <w:lang w:val="hr-HR"/>
        </w:rPr>
      </w:pPr>
      <w:r w:rsidRPr="00A01312">
        <w:rPr>
          <w:sz w:val="24"/>
          <w:szCs w:val="24"/>
          <w:lang w:val="hr-HR"/>
        </w:rPr>
        <w:t>(2) Sukob interesa obuhvaća situacije kada predstavnici Škole (ravnatelj, članovi Školskog odbora, članovi povjerenstva za provedbu postupka jednostavne nabave) koji sudjeluju u postupku ili mogu utjecati na ishod, imaju izravan ili neizravan financijski, gospodarski ili drugi osobni interes koji bi mogao kompromitirati njihovu nepristranost.</w:t>
      </w:r>
    </w:p>
    <w:p w14:paraId="0A521F7B" w14:textId="77777777" w:rsidR="003E45B1" w:rsidRPr="00A01312" w:rsidRDefault="003E45B1">
      <w:pPr>
        <w:jc w:val="both"/>
        <w:rPr>
          <w:sz w:val="24"/>
          <w:szCs w:val="24"/>
          <w:lang w:val="hr-HR"/>
        </w:rPr>
      </w:pPr>
    </w:p>
    <w:p w14:paraId="3F33CDA2" w14:textId="0B8E64A3" w:rsidR="00C208B4" w:rsidRPr="003E45B1" w:rsidRDefault="002F3B64">
      <w:pPr>
        <w:spacing w:before="140" w:after="180"/>
        <w:rPr>
          <w:b/>
          <w:sz w:val="24"/>
          <w:szCs w:val="24"/>
          <w:lang w:val="hr-HR"/>
        </w:rPr>
      </w:pPr>
      <w:r w:rsidRPr="00A01312">
        <w:rPr>
          <w:b/>
          <w:sz w:val="24"/>
          <w:szCs w:val="24"/>
          <w:lang w:val="hr-HR"/>
        </w:rPr>
        <w:t>IV. POSTUPCI JEDNOSTAVNE NABAVE</w:t>
      </w:r>
    </w:p>
    <w:p w14:paraId="1586396D" w14:textId="77777777" w:rsidR="0096220A" w:rsidRPr="00A01312" w:rsidRDefault="00000000">
      <w:pPr>
        <w:spacing w:before="160" w:after="160"/>
        <w:jc w:val="center"/>
        <w:rPr>
          <w:b/>
          <w:bCs/>
          <w:sz w:val="24"/>
          <w:szCs w:val="24"/>
          <w:lang w:val="hr-HR"/>
        </w:rPr>
      </w:pPr>
      <w:r w:rsidRPr="00A01312">
        <w:rPr>
          <w:b/>
          <w:bCs/>
          <w:sz w:val="24"/>
          <w:szCs w:val="24"/>
          <w:lang w:val="hr-HR"/>
        </w:rPr>
        <w:t>Članak 6.</w:t>
      </w:r>
    </w:p>
    <w:p w14:paraId="06CEFC5B" w14:textId="77777777" w:rsidR="002F3B64" w:rsidRPr="00A01312" w:rsidRDefault="00000000">
      <w:pPr>
        <w:jc w:val="both"/>
        <w:rPr>
          <w:sz w:val="24"/>
          <w:szCs w:val="24"/>
          <w:lang w:val="hr-HR"/>
        </w:rPr>
      </w:pPr>
      <w:r w:rsidRPr="00A01312">
        <w:rPr>
          <w:sz w:val="24"/>
          <w:szCs w:val="24"/>
          <w:lang w:val="hr-HR"/>
        </w:rPr>
        <w:t xml:space="preserve">(1) Postupci jednostavne nabave i način njihove provedbe razlikuju se s obzirom na procijenjenu vrijednost nabave, kako slijedi: </w:t>
      </w:r>
    </w:p>
    <w:p w14:paraId="07E70061" w14:textId="78B2A740" w:rsidR="002F3B64" w:rsidRPr="00A01312" w:rsidRDefault="00000000" w:rsidP="002F3B64">
      <w:pPr>
        <w:pStyle w:val="Odlomakpopisa"/>
        <w:numPr>
          <w:ilvl w:val="0"/>
          <w:numId w:val="17"/>
        </w:numPr>
        <w:jc w:val="both"/>
        <w:rPr>
          <w:sz w:val="24"/>
          <w:szCs w:val="24"/>
          <w:lang w:val="hr-HR"/>
        </w:rPr>
      </w:pPr>
      <w:r w:rsidRPr="00A01312">
        <w:rPr>
          <w:sz w:val="24"/>
          <w:szCs w:val="24"/>
          <w:lang w:val="hr-HR"/>
        </w:rPr>
        <w:t xml:space="preserve">za nabavu robe, usluga i radova procijenjene vrijednosti manje od 5.000,00 eura – postupak nabave provodi se pribavljanjem najmanje jedne ponude, </w:t>
      </w:r>
    </w:p>
    <w:p w14:paraId="55D08342" w14:textId="4209A2E4" w:rsidR="00F27064" w:rsidRPr="00F27064" w:rsidRDefault="00000000" w:rsidP="00F27064">
      <w:pPr>
        <w:pStyle w:val="Odlomakpopisa"/>
        <w:numPr>
          <w:ilvl w:val="0"/>
          <w:numId w:val="17"/>
        </w:numPr>
        <w:jc w:val="both"/>
        <w:rPr>
          <w:sz w:val="24"/>
          <w:szCs w:val="24"/>
          <w:lang w:val="hr-HR"/>
        </w:rPr>
      </w:pPr>
      <w:r w:rsidRPr="00A01312">
        <w:rPr>
          <w:sz w:val="24"/>
          <w:szCs w:val="24"/>
          <w:lang w:val="hr-HR"/>
        </w:rPr>
        <w:t>za nabavu robe i usluga procijenjene vrijednosti jednake ili veće od 5.000,00 eura, a manje ili jednake 25.000,00 eura, odnosno za nabavu radova procijenjene vrijednosti jednake ili veće od 5.000,00 eura, a manje ili jednake 45.000,00 eura – postupak nabave provodi se putem modula jednostavne nabave Elektroničkog oglasnika javne nabave Republike Hrvatske (EOJN RH), upućivanjem poziva na dostavu ponuda najmanje trima</w:t>
      </w:r>
      <w:r w:rsidR="002F3B64" w:rsidRPr="00A01312">
        <w:rPr>
          <w:sz w:val="24"/>
          <w:szCs w:val="24"/>
          <w:lang w:val="hr-HR"/>
        </w:rPr>
        <w:t xml:space="preserve"> </w:t>
      </w:r>
      <w:r w:rsidRPr="00A01312">
        <w:rPr>
          <w:sz w:val="24"/>
          <w:szCs w:val="24"/>
          <w:lang w:val="hr-HR"/>
        </w:rPr>
        <w:t>(3) gospodarskim subjektima</w:t>
      </w:r>
      <w:r w:rsidR="0090515D">
        <w:rPr>
          <w:sz w:val="24"/>
          <w:szCs w:val="24"/>
          <w:lang w:val="hr-HR"/>
        </w:rPr>
        <w:t xml:space="preserve"> i/ili </w:t>
      </w:r>
      <w:r w:rsidR="00C83C14">
        <w:rPr>
          <w:sz w:val="24"/>
          <w:szCs w:val="24"/>
          <w:lang w:val="hr-HR"/>
        </w:rPr>
        <w:t>javnom objavom,</w:t>
      </w:r>
    </w:p>
    <w:p w14:paraId="4C0D322F" w14:textId="51AD0652" w:rsidR="0096220A" w:rsidRPr="00A01312" w:rsidRDefault="00000000" w:rsidP="002F3B64">
      <w:pPr>
        <w:pStyle w:val="Odlomakpopisa"/>
        <w:numPr>
          <w:ilvl w:val="0"/>
          <w:numId w:val="17"/>
        </w:numPr>
        <w:jc w:val="both"/>
        <w:rPr>
          <w:sz w:val="24"/>
          <w:szCs w:val="24"/>
          <w:lang w:val="hr-HR"/>
        </w:rPr>
      </w:pPr>
      <w:r w:rsidRPr="00A01312">
        <w:rPr>
          <w:sz w:val="24"/>
          <w:szCs w:val="24"/>
          <w:lang w:val="hr-HR"/>
        </w:rPr>
        <w:t>za nabavu robe i usluga procijenjene vrijednosti veće od 25.000,00 eura, a manje od 50.000,00 eura, odnosno za nabavu radova procijenjene vrijednosti veće od 45.000,00 eura, a manje od 100.000,00 eura – postupak nabave provodi se putem javne objave u modulu jednostavne nabave EOJN RH.</w:t>
      </w:r>
    </w:p>
    <w:p w14:paraId="67A710CD" w14:textId="77777777" w:rsidR="002F3B64" w:rsidRPr="00A01312" w:rsidRDefault="002F3B64">
      <w:pPr>
        <w:jc w:val="both"/>
        <w:rPr>
          <w:sz w:val="24"/>
          <w:szCs w:val="24"/>
          <w:lang w:val="hr-HR"/>
        </w:rPr>
      </w:pPr>
    </w:p>
    <w:p w14:paraId="314B0519" w14:textId="77777777" w:rsidR="0096220A" w:rsidRDefault="00000000">
      <w:pPr>
        <w:jc w:val="both"/>
        <w:rPr>
          <w:sz w:val="24"/>
          <w:szCs w:val="24"/>
          <w:lang w:val="hr-HR"/>
        </w:rPr>
      </w:pPr>
      <w:r w:rsidRPr="00A01312">
        <w:rPr>
          <w:sz w:val="24"/>
          <w:szCs w:val="24"/>
          <w:lang w:val="hr-HR"/>
        </w:rPr>
        <w:t>(2) Svi iznosi iz stavka 1. ovoga članka iskazani su bez poreza na dodanu vrijednost (PDV).</w:t>
      </w:r>
    </w:p>
    <w:p w14:paraId="4379B7AD" w14:textId="587A201D" w:rsidR="00CA30F5" w:rsidRDefault="00CA30F5" w:rsidP="00305F87">
      <w:pPr>
        <w:spacing w:before="160" w:after="160"/>
        <w:jc w:val="center"/>
        <w:rPr>
          <w:b/>
          <w:bCs/>
          <w:sz w:val="24"/>
          <w:szCs w:val="24"/>
          <w:lang w:val="hr-HR"/>
        </w:rPr>
      </w:pPr>
      <w:r w:rsidRPr="00A01312">
        <w:rPr>
          <w:b/>
          <w:bCs/>
          <w:sz w:val="24"/>
          <w:szCs w:val="24"/>
          <w:lang w:val="hr-HR"/>
        </w:rPr>
        <w:t>Članak 6.</w:t>
      </w:r>
      <w:r>
        <w:rPr>
          <w:b/>
          <w:bCs/>
          <w:sz w:val="24"/>
          <w:szCs w:val="24"/>
          <w:lang w:val="hr-HR"/>
        </w:rPr>
        <w:t>a</w:t>
      </w:r>
    </w:p>
    <w:p w14:paraId="61270EE1" w14:textId="31BCE336" w:rsidR="00220FF3" w:rsidRDefault="00CA30F5" w:rsidP="00220FF3">
      <w:pPr>
        <w:jc w:val="both"/>
        <w:rPr>
          <w:sz w:val="24"/>
          <w:szCs w:val="24"/>
          <w:lang w:val="hr-HR"/>
        </w:rPr>
      </w:pPr>
      <w:r w:rsidRPr="00A01312">
        <w:rPr>
          <w:sz w:val="24"/>
          <w:szCs w:val="24"/>
          <w:lang w:val="hr-HR"/>
        </w:rPr>
        <w:t>(1)</w:t>
      </w:r>
      <w:r w:rsidR="003E45B1">
        <w:rPr>
          <w:sz w:val="24"/>
          <w:szCs w:val="24"/>
          <w:lang w:val="hr-HR"/>
        </w:rPr>
        <w:t xml:space="preserve"> </w:t>
      </w:r>
      <w:r w:rsidR="00220FF3">
        <w:rPr>
          <w:sz w:val="24"/>
          <w:szCs w:val="24"/>
          <w:lang w:val="hr-HR"/>
        </w:rPr>
        <w:t>Način dostave ponude određuje se u zahtjevu za dostavu ponuda.</w:t>
      </w:r>
    </w:p>
    <w:p w14:paraId="4E35CB68" w14:textId="6B84C0C0" w:rsidR="00220FF3" w:rsidRDefault="00220FF3" w:rsidP="00220FF3">
      <w:pPr>
        <w:jc w:val="both"/>
        <w:rPr>
          <w:b/>
          <w:bCs/>
          <w:sz w:val="24"/>
          <w:szCs w:val="24"/>
          <w:lang w:val="hr-HR"/>
        </w:rPr>
      </w:pPr>
      <w:r w:rsidRPr="00220FF3">
        <w:rPr>
          <w:sz w:val="24"/>
          <w:szCs w:val="24"/>
          <w:lang w:val="hr-HR"/>
        </w:rPr>
        <w:t>(2)</w:t>
      </w:r>
      <w:r w:rsidR="00305F87">
        <w:rPr>
          <w:b/>
          <w:bCs/>
          <w:sz w:val="24"/>
          <w:szCs w:val="24"/>
          <w:lang w:val="hr-HR"/>
        </w:rPr>
        <w:t xml:space="preserve"> </w:t>
      </w:r>
      <w:r w:rsidRPr="00F6161B">
        <w:rPr>
          <w:b/>
          <w:bCs/>
          <w:sz w:val="24"/>
          <w:szCs w:val="24"/>
          <w:lang w:val="hr-HR"/>
        </w:rPr>
        <w:t>Ponude se dostavljaju Školi putem elektroničke pošte ili aplikacije naznačene u zahtjevu za dostavu ponude, odnosno u slučaju kada se postupak jednostavne nabave provodi kroz modul jednostavne nabave u EOJN RH, ponude se dostavljaju isključivo putem istog modula.</w:t>
      </w:r>
    </w:p>
    <w:p w14:paraId="0525803C" w14:textId="1F020D10" w:rsidR="00305F87" w:rsidRPr="00F6161B" w:rsidRDefault="00305F87" w:rsidP="00220FF3">
      <w:pPr>
        <w:jc w:val="both"/>
        <w:rPr>
          <w:b/>
          <w:bCs/>
          <w:sz w:val="24"/>
          <w:szCs w:val="24"/>
          <w:lang w:val="hr-HR"/>
        </w:rPr>
      </w:pPr>
      <w:r w:rsidRPr="00305F87">
        <w:rPr>
          <w:sz w:val="24"/>
          <w:szCs w:val="24"/>
          <w:lang w:val="hr-HR"/>
        </w:rPr>
        <w:t>(3) Otvaranje ponuda nije javno</w:t>
      </w:r>
      <w:r>
        <w:rPr>
          <w:b/>
          <w:bCs/>
          <w:sz w:val="24"/>
          <w:szCs w:val="24"/>
          <w:lang w:val="hr-HR"/>
        </w:rPr>
        <w:t>.</w:t>
      </w:r>
    </w:p>
    <w:p w14:paraId="6C87E061" w14:textId="414A9B55" w:rsidR="00305F87" w:rsidRPr="00A01312" w:rsidRDefault="00305F87" w:rsidP="00305F87">
      <w:pPr>
        <w:jc w:val="both"/>
        <w:rPr>
          <w:b/>
          <w:bCs/>
          <w:sz w:val="24"/>
          <w:szCs w:val="24"/>
          <w:lang w:val="hr-HR"/>
        </w:rPr>
      </w:pPr>
      <w:r w:rsidRPr="00A01312">
        <w:rPr>
          <w:sz w:val="24"/>
          <w:szCs w:val="24"/>
          <w:lang w:val="hr-HR"/>
        </w:rPr>
        <w:t>(</w:t>
      </w:r>
      <w:r>
        <w:rPr>
          <w:sz w:val="24"/>
          <w:szCs w:val="24"/>
          <w:lang w:val="hr-HR"/>
        </w:rPr>
        <w:t>4</w:t>
      </w:r>
      <w:r w:rsidRPr="00A01312">
        <w:rPr>
          <w:sz w:val="24"/>
          <w:szCs w:val="24"/>
          <w:lang w:val="hr-HR"/>
        </w:rPr>
        <w:t xml:space="preserve">) Rok za dostavu ponuda mora biti sukladan složenosti predmeta nabave i vremenu potrebnom za izradu i predaju ponude, </w:t>
      </w:r>
      <w:r w:rsidRPr="00A01312">
        <w:rPr>
          <w:b/>
          <w:bCs/>
          <w:sz w:val="24"/>
          <w:szCs w:val="24"/>
          <w:lang w:val="hr-HR"/>
        </w:rPr>
        <w:t>u pravilu najmanje 5 dana od dana slanja zahtjeva za dostavu ponuda.</w:t>
      </w:r>
    </w:p>
    <w:p w14:paraId="33B7EAF1" w14:textId="3D69EDA1" w:rsidR="00305F87" w:rsidRDefault="00305F87" w:rsidP="00305F87">
      <w:pPr>
        <w:jc w:val="both"/>
        <w:rPr>
          <w:sz w:val="24"/>
          <w:szCs w:val="24"/>
          <w:lang w:val="hr-HR"/>
        </w:rPr>
      </w:pPr>
      <w:r w:rsidRPr="00A01312">
        <w:rPr>
          <w:b/>
          <w:bCs/>
          <w:sz w:val="24"/>
          <w:szCs w:val="24"/>
          <w:lang w:val="hr-HR"/>
        </w:rPr>
        <w:t>(</w:t>
      </w:r>
      <w:r>
        <w:rPr>
          <w:sz w:val="24"/>
          <w:szCs w:val="24"/>
          <w:lang w:val="hr-HR"/>
        </w:rPr>
        <w:t>5</w:t>
      </w:r>
      <w:r w:rsidRPr="00F6161B">
        <w:rPr>
          <w:sz w:val="24"/>
          <w:szCs w:val="24"/>
          <w:lang w:val="hr-HR"/>
        </w:rPr>
        <w:t>) U opravdanim slučajevima (iznimna žurnost i dr.) može se odrediti i kraći rok za dostavu ponuda ako je kraći rok objektivno dovoljan za dostavu ponuda.</w:t>
      </w:r>
    </w:p>
    <w:p w14:paraId="02DE754C" w14:textId="30899490" w:rsidR="00305F87" w:rsidRDefault="00305F87" w:rsidP="00305F87">
      <w:pPr>
        <w:jc w:val="both"/>
        <w:rPr>
          <w:sz w:val="24"/>
          <w:szCs w:val="24"/>
          <w:lang w:val="hr-HR"/>
        </w:rPr>
      </w:pPr>
      <w:r>
        <w:rPr>
          <w:sz w:val="24"/>
          <w:szCs w:val="24"/>
          <w:lang w:val="hr-HR"/>
        </w:rPr>
        <w:t>(6) Ponude zaprimljene nakon roka za dostavu ponuda neće se razmatrati.</w:t>
      </w:r>
    </w:p>
    <w:p w14:paraId="241F753A" w14:textId="77777777" w:rsidR="00305F87" w:rsidRPr="00F6161B" w:rsidRDefault="00305F87" w:rsidP="00305F87">
      <w:pPr>
        <w:jc w:val="both"/>
        <w:rPr>
          <w:sz w:val="24"/>
          <w:szCs w:val="24"/>
          <w:lang w:val="hr-HR"/>
        </w:rPr>
      </w:pPr>
    </w:p>
    <w:p w14:paraId="182A7BAD" w14:textId="00C93E5C" w:rsidR="00CA30F5" w:rsidRPr="00A01312" w:rsidRDefault="00CA30F5" w:rsidP="00CA30F5">
      <w:pPr>
        <w:spacing w:before="160" w:after="160"/>
        <w:rPr>
          <w:b/>
          <w:bCs/>
          <w:sz w:val="24"/>
          <w:szCs w:val="24"/>
          <w:lang w:val="hr-HR"/>
        </w:rPr>
      </w:pPr>
    </w:p>
    <w:p w14:paraId="3A7CC405" w14:textId="77777777" w:rsidR="00CA30F5" w:rsidRDefault="00CA30F5">
      <w:pPr>
        <w:jc w:val="both"/>
        <w:rPr>
          <w:sz w:val="24"/>
          <w:szCs w:val="24"/>
          <w:lang w:val="hr-HR"/>
        </w:rPr>
      </w:pPr>
    </w:p>
    <w:p w14:paraId="640C5A10" w14:textId="77777777" w:rsidR="00220FF3" w:rsidRDefault="00220FF3">
      <w:pPr>
        <w:jc w:val="both"/>
        <w:rPr>
          <w:sz w:val="24"/>
          <w:szCs w:val="24"/>
          <w:lang w:val="hr-HR"/>
        </w:rPr>
      </w:pPr>
    </w:p>
    <w:p w14:paraId="7AE12B29" w14:textId="77777777" w:rsidR="00CA30F5" w:rsidRPr="00A01312" w:rsidRDefault="00CA30F5">
      <w:pPr>
        <w:jc w:val="both"/>
        <w:rPr>
          <w:sz w:val="24"/>
          <w:szCs w:val="24"/>
          <w:lang w:val="hr-HR"/>
        </w:rPr>
      </w:pPr>
    </w:p>
    <w:p w14:paraId="79D2524A" w14:textId="77777777" w:rsidR="00DD49FF" w:rsidRPr="00A01312" w:rsidRDefault="00DD49FF" w:rsidP="00DD49FF">
      <w:pPr>
        <w:rPr>
          <w:sz w:val="24"/>
          <w:szCs w:val="24"/>
          <w:lang w:val="hr-HR"/>
        </w:rPr>
      </w:pPr>
    </w:p>
    <w:p w14:paraId="3853D4ED" w14:textId="32525F28" w:rsidR="0096220A" w:rsidRDefault="002F3B64" w:rsidP="002F3B64">
      <w:pPr>
        <w:rPr>
          <w:b/>
          <w:sz w:val="24"/>
          <w:szCs w:val="24"/>
          <w:lang w:val="hr-HR"/>
        </w:rPr>
      </w:pPr>
      <w:r w:rsidRPr="00A01312">
        <w:rPr>
          <w:b/>
          <w:sz w:val="24"/>
          <w:szCs w:val="24"/>
          <w:lang w:val="hr-HR"/>
        </w:rPr>
        <w:t>V. PROVEDBA POSTUPAKA JEDNOSTAVNE NABAVE</w:t>
      </w:r>
    </w:p>
    <w:p w14:paraId="246C4AA3" w14:textId="77777777" w:rsidR="00C208B4" w:rsidRPr="00A01312" w:rsidRDefault="00C208B4" w:rsidP="002F3B64">
      <w:pPr>
        <w:rPr>
          <w:sz w:val="24"/>
          <w:szCs w:val="24"/>
          <w:lang w:val="hr-HR"/>
        </w:rPr>
      </w:pPr>
    </w:p>
    <w:p w14:paraId="031C4B9D" w14:textId="5C3ECA5A" w:rsidR="0096220A" w:rsidRPr="00A01312" w:rsidRDefault="00000000">
      <w:pPr>
        <w:spacing w:before="100" w:after="100"/>
        <w:jc w:val="both"/>
        <w:rPr>
          <w:sz w:val="24"/>
          <w:szCs w:val="24"/>
          <w:lang w:val="hr-HR"/>
        </w:rPr>
      </w:pPr>
      <w:r w:rsidRPr="00A01312">
        <w:rPr>
          <w:b/>
          <w:sz w:val="24"/>
          <w:szCs w:val="24"/>
          <w:lang w:val="hr-HR"/>
        </w:rPr>
        <w:t>1.</w:t>
      </w:r>
      <w:r w:rsidR="002F3B64" w:rsidRPr="00A01312">
        <w:rPr>
          <w:b/>
          <w:sz w:val="24"/>
          <w:szCs w:val="24"/>
          <w:lang w:val="hr-HR"/>
        </w:rPr>
        <w:t xml:space="preserve"> </w:t>
      </w:r>
      <w:r w:rsidRPr="00A01312">
        <w:rPr>
          <w:b/>
          <w:sz w:val="24"/>
          <w:szCs w:val="24"/>
          <w:lang w:val="hr-HR"/>
        </w:rPr>
        <w:t>Provedba postupka jednostavne nabave procijenjene vrijednosti manje od 5.000,00 eura</w:t>
      </w:r>
    </w:p>
    <w:p w14:paraId="6F8D6C65" w14:textId="77777777" w:rsidR="0096220A" w:rsidRPr="00A01312" w:rsidRDefault="00000000">
      <w:pPr>
        <w:spacing w:before="160" w:after="160"/>
        <w:jc w:val="center"/>
        <w:rPr>
          <w:b/>
          <w:bCs/>
          <w:sz w:val="24"/>
          <w:szCs w:val="24"/>
          <w:lang w:val="hr-HR"/>
        </w:rPr>
      </w:pPr>
      <w:r w:rsidRPr="00A01312">
        <w:rPr>
          <w:b/>
          <w:bCs/>
          <w:sz w:val="24"/>
          <w:szCs w:val="24"/>
          <w:lang w:val="hr-HR"/>
        </w:rPr>
        <w:t>Članak 7.</w:t>
      </w:r>
    </w:p>
    <w:p w14:paraId="1F845EE6" w14:textId="6FE5D6BA" w:rsidR="0096220A" w:rsidRPr="00A01312" w:rsidRDefault="00000000">
      <w:pPr>
        <w:jc w:val="both"/>
        <w:rPr>
          <w:sz w:val="24"/>
          <w:szCs w:val="24"/>
          <w:lang w:val="hr-HR"/>
        </w:rPr>
      </w:pPr>
      <w:r w:rsidRPr="00A01312">
        <w:rPr>
          <w:sz w:val="24"/>
          <w:szCs w:val="24"/>
          <w:lang w:val="hr-HR"/>
        </w:rPr>
        <w:t>(1) Postupak jednostavne nabave robe, usluga i radova procijenjene vrijednosti manje od 5.000,00 eura bez PDV-a provodi se pribavljanjem najmanje jedne ponude gospodarskog subjekta.</w:t>
      </w:r>
    </w:p>
    <w:p w14:paraId="181F97F9" w14:textId="6AA02D0A" w:rsidR="0096220A" w:rsidRPr="00A01312" w:rsidRDefault="00000000">
      <w:pPr>
        <w:jc w:val="both"/>
        <w:rPr>
          <w:sz w:val="24"/>
          <w:szCs w:val="24"/>
          <w:lang w:val="hr-HR"/>
        </w:rPr>
      </w:pPr>
      <w:r w:rsidRPr="00A01312">
        <w:rPr>
          <w:sz w:val="24"/>
          <w:szCs w:val="24"/>
          <w:lang w:val="hr-HR"/>
        </w:rPr>
        <w:t>(</w:t>
      </w:r>
      <w:r w:rsidR="00F6161B">
        <w:rPr>
          <w:sz w:val="24"/>
          <w:szCs w:val="24"/>
          <w:lang w:val="hr-HR"/>
        </w:rPr>
        <w:t>2</w:t>
      </w:r>
      <w:r w:rsidRPr="00A01312">
        <w:rPr>
          <w:sz w:val="24"/>
          <w:szCs w:val="24"/>
          <w:lang w:val="hr-HR"/>
        </w:rPr>
        <w:t>) Nabava se realizira izdavanjem narudžbenice sukladno Odluci o proceduri izdavanja narudžbenica ili sklapanjem ugovora sukladno Proceduri stvaranja ugovornih obveza.</w:t>
      </w:r>
    </w:p>
    <w:p w14:paraId="0F15FA82" w14:textId="1DC6AF47" w:rsidR="0096220A" w:rsidRPr="00C208B4" w:rsidRDefault="00000000">
      <w:pPr>
        <w:jc w:val="both"/>
        <w:rPr>
          <w:sz w:val="24"/>
          <w:szCs w:val="24"/>
          <w:lang w:val="hr-HR"/>
        </w:rPr>
      </w:pPr>
      <w:r w:rsidRPr="00A01312">
        <w:rPr>
          <w:sz w:val="24"/>
          <w:szCs w:val="24"/>
          <w:lang w:val="hr-HR"/>
        </w:rPr>
        <w:t>(</w:t>
      </w:r>
      <w:r w:rsidR="00F6161B">
        <w:rPr>
          <w:sz w:val="24"/>
          <w:szCs w:val="24"/>
          <w:lang w:val="hr-HR"/>
        </w:rPr>
        <w:t>3</w:t>
      </w:r>
      <w:r w:rsidRPr="00A01312">
        <w:rPr>
          <w:sz w:val="24"/>
          <w:szCs w:val="24"/>
          <w:lang w:val="hr-HR"/>
        </w:rPr>
        <w:t>) Narudžbenicu izdaje i potpisuje ravnatelj Škole, a ugovor potpisuje ravnatelj Škole, u okviru svojih ovlasti i uz prethodno pribavljanje odluke odnosno suglasnosti nadležnog tijela kada je ona potrebna prema važećim aktima kojima su ure</w:t>
      </w:r>
      <w:r w:rsidR="00DD49FF" w:rsidRPr="00A01312">
        <w:rPr>
          <w:sz w:val="24"/>
          <w:szCs w:val="24"/>
          <w:lang w:val="hr-HR"/>
        </w:rPr>
        <w:t>đ</w:t>
      </w:r>
      <w:r w:rsidRPr="00A01312">
        <w:rPr>
          <w:sz w:val="24"/>
          <w:szCs w:val="24"/>
          <w:lang w:val="hr-HR"/>
        </w:rPr>
        <w:t xml:space="preserve">ene ovlasti Škole i Osnivača. </w:t>
      </w:r>
      <w:r w:rsidRPr="00C208B4">
        <w:rPr>
          <w:sz w:val="24"/>
          <w:szCs w:val="24"/>
          <w:lang w:val="hr-HR"/>
        </w:rPr>
        <w:t>Ponuda čija cijena prelazi procijenjenu vrijednost nabave propisanu ovim stavkom odbit će se kao neprihvatljiva.</w:t>
      </w:r>
    </w:p>
    <w:p w14:paraId="70184596" w14:textId="77777777" w:rsidR="002F3B64" w:rsidRPr="00A01312" w:rsidRDefault="002F3B64">
      <w:pPr>
        <w:spacing w:before="100" w:after="100"/>
        <w:jc w:val="both"/>
        <w:rPr>
          <w:b/>
          <w:sz w:val="24"/>
          <w:szCs w:val="24"/>
          <w:lang w:val="hr-HR"/>
        </w:rPr>
      </w:pPr>
    </w:p>
    <w:p w14:paraId="593818E7" w14:textId="1D195681" w:rsidR="0096220A" w:rsidRDefault="00000000">
      <w:pPr>
        <w:spacing w:before="100" w:after="100"/>
        <w:jc w:val="both"/>
        <w:rPr>
          <w:b/>
          <w:sz w:val="24"/>
          <w:szCs w:val="24"/>
          <w:lang w:val="hr-HR"/>
        </w:rPr>
      </w:pPr>
      <w:r w:rsidRPr="00A01312">
        <w:rPr>
          <w:b/>
          <w:sz w:val="24"/>
          <w:szCs w:val="24"/>
          <w:lang w:val="hr-HR"/>
        </w:rPr>
        <w:t>2.Provedba postupka jednostavne nabave procijenjene vrijednosti od 5.000,00 do 25.000,00 eura za robu i usluge, odnosno od 5.000,00 do 45.000,00 eura za radove</w:t>
      </w:r>
    </w:p>
    <w:p w14:paraId="4A469A09" w14:textId="77777777" w:rsidR="00C208B4" w:rsidRPr="00A01312" w:rsidRDefault="00C208B4">
      <w:pPr>
        <w:spacing w:before="100" w:after="100"/>
        <w:jc w:val="both"/>
        <w:rPr>
          <w:sz w:val="24"/>
          <w:szCs w:val="24"/>
          <w:lang w:val="hr-HR"/>
        </w:rPr>
      </w:pPr>
    </w:p>
    <w:p w14:paraId="5820414A" w14:textId="77777777" w:rsidR="0096220A" w:rsidRPr="00A01312" w:rsidRDefault="00000000">
      <w:pPr>
        <w:spacing w:before="160" w:after="160"/>
        <w:jc w:val="center"/>
        <w:rPr>
          <w:b/>
          <w:bCs/>
          <w:sz w:val="24"/>
          <w:szCs w:val="24"/>
          <w:lang w:val="hr-HR"/>
        </w:rPr>
      </w:pPr>
      <w:r w:rsidRPr="00A01312">
        <w:rPr>
          <w:b/>
          <w:bCs/>
          <w:sz w:val="24"/>
          <w:szCs w:val="24"/>
          <w:lang w:val="hr-HR"/>
        </w:rPr>
        <w:t>Članak 8.</w:t>
      </w:r>
    </w:p>
    <w:p w14:paraId="0277109D" w14:textId="5FEEEB9E" w:rsidR="0096220A" w:rsidRPr="00A01312" w:rsidRDefault="00000000">
      <w:pPr>
        <w:jc w:val="both"/>
        <w:rPr>
          <w:sz w:val="24"/>
          <w:szCs w:val="24"/>
          <w:lang w:val="hr-HR"/>
        </w:rPr>
      </w:pPr>
      <w:r w:rsidRPr="00A01312">
        <w:rPr>
          <w:sz w:val="24"/>
          <w:szCs w:val="24"/>
          <w:lang w:val="hr-HR"/>
        </w:rPr>
        <w:t xml:space="preserve">(1) Postupak jednostavne nabave robe i usluga procijenjene vrijednosti jednake ili veće od 5.000,00 eura, a manje ili jednake 25.000,00 eura, odnosno radova procijenjene vrijednosti jednake ili veće od 5.000,00 eura, a manje ili jednake 45.000,00 eura, Škola provodi putem modula jednostavne nabave EOJN RH, upućivanjem </w:t>
      </w:r>
      <w:r w:rsidR="003E45B1">
        <w:rPr>
          <w:sz w:val="24"/>
          <w:szCs w:val="24"/>
          <w:lang w:val="hr-HR"/>
        </w:rPr>
        <w:t>zahtjeva</w:t>
      </w:r>
      <w:r w:rsidRPr="00A01312">
        <w:rPr>
          <w:sz w:val="24"/>
          <w:szCs w:val="24"/>
          <w:lang w:val="hr-HR"/>
        </w:rPr>
        <w:t xml:space="preserve"> na dostavu ponuda najmanje trima</w:t>
      </w:r>
      <w:r w:rsidR="002F3B64" w:rsidRPr="00A01312">
        <w:rPr>
          <w:sz w:val="24"/>
          <w:szCs w:val="24"/>
          <w:lang w:val="hr-HR"/>
        </w:rPr>
        <w:t xml:space="preserve"> </w:t>
      </w:r>
      <w:r w:rsidRPr="00A01312">
        <w:rPr>
          <w:sz w:val="24"/>
          <w:szCs w:val="24"/>
          <w:lang w:val="hr-HR"/>
        </w:rPr>
        <w:t>(3) gospodarskim subjektima po vlastitom izboru.</w:t>
      </w:r>
    </w:p>
    <w:p w14:paraId="2CC509D7" w14:textId="350F59AE" w:rsidR="0096220A" w:rsidRPr="00A01312" w:rsidRDefault="00000000">
      <w:pPr>
        <w:jc w:val="both"/>
        <w:rPr>
          <w:sz w:val="24"/>
          <w:szCs w:val="24"/>
          <w:lang w:val="hr-HR"/>
        </w:rPr>
      </w:pPr>
      <w:r w:rsidRPr="00A01312">
        <w:rPr>
          <w:sz w:val="24"/>
          <w:szCs w:val="24"/>
          <w:lang w:val="hr-HR"/>
        </w:rPr>
        <w:t xml:space="preserve">(2) </w:t>
      </w:r>
      <w:r w:rsidR="003E45B1">
        <w:rPr>
          <w:sz w:val="24"/>
          <w:szCs w:val="24"/>
          <w:lang w:val="hr-HR"/>
        </w:rPr>
        <w:t>Zahtjev</w:t>
      </w:r>
      <w:r w:rsidRPr="00A01312">
        <w:rPr>
          <w:sz w:val="24"/>
          <w:szCs w:val="24"/>
          <w:lang w:val="hr-HR"/>
        </w:rPr>
        <w:t xml:space="preserve"> na dostavu ponuda gospodarskim subjektima upućuje se putem modula jednostavne nabave EOJN RH.</w:t>
      </w:r>
    </w:p>
    <w:p w14:paraId="1E17366E" w14:textId="6D8BC750" w:rsidR="0096220A" w:rsidRPr="00A01312" w:rsidRDefault="00000000">
      <w:pPr>
        <w:jc w:val="both"/>
        <w:rPr>
          <w:sz w:val="24"/>
          <w:szCs w:val="24"/>
          <w:lang w:val="hr-HR"/>
        </w:rPr>
      </w:pPr>
      <w:r w:rsidRPr="00A01312">
        <w:rPr>
          <w:sz w:val="24"/>
          <w:szCs w:val="24"/>
          <w:lang w:val="hr-HR"/>
        </w:rPr>
        <w:t>(3) Za pravovaljani odabir dovoljna je jedna valjana ponuda koja udovoljava svim uvjetima i zahtjevima iz</w:t>
      </w:r>
      <w:r w:rsidR="003E45B1">
        <w:rPr>
          <w:sz w:val="24"/>
          <w:szCs w:val="24"/>
          <w:lang w:val="hr-HR"/>
        </w:rPr>
        <w:t xml:space="preserve"> zahtjeva</w:t>
      </w:r>
      <w:r w:rsidRPr="00A01312">
        <w:rPr>
          <w:sz w:val="24"/>
          <w:szCs w:val="24"/>
          <w:lang w:val="hr-HR"/>
        </w:rPr>
        <w:t xml:space="preserve"> na dostavu ponuda.</w:t>
      </w:r>
    </w:p>
    <w:p w14:paraId="7B8FE2B7" w14:textId="5A0A7B3F" w:rsidR="0096220A" w:rsidRPr="00A01312" w:rsidRDefault="00000000">
      <w:pPr>
        <w:jc w:val="both"/>
        <w:rPr>
          <w:sz w:val="24"/>
          <w:szCs w:val="24"/>
          <w:lang w:val="hr-HR"/>
        </w:rPr>
      </w:pPr>
      <w:r w:rsidRPr="00A01312">
        <w:rPr>
          <w:sz w:val="24"/>
          <w:szCs w:val="24"/>
          <w:lang w:val="hr-HR"/>
        </w:rPr>
        <w:t>(4) Odluka o odabiru odnosno poništenju postupka donosi se sukladno odredbama ovoga Pravilnika i važećim aktima kojima su ure</w:t>
      </w:r>
      <w:r w:rsidR="00DD49FF" w:rsidRPr="00A01312">
        <w:rPr>
          <w:sz w:val="24"/>
          <w:szCs w:val="24"/>
          <w:lang w:val="hr-HR"/>
        </w:rPr>
        <w:t>đ</w:t>
      </w:r>
      <w:r w:rsidRPr="00A01312">
        <w:rPr>
          <w:sz w:val="24"/>
          <w:szCs w:val="24"/>
          <w:lang w:val="hr-HR"/>
        </w:rPr>
        <w:t>ene ovlasti ravnatelja, Školskog odbora i Osnivača.</w:t>
      </w:r>
    </w:p>
    <w:p w14:paraId="59F96EA1" w14:textId="7777AD05" w:rsidR="0096220A" w:rsidRPr="00A01312" w:rsidRDefault="00000000">
      <w:pPr>
        <w:jc w:val="both"/>
        <w:rPr>
          <w:sz w:val="24"/>
          <w:szCs w:val="24"/>
          <w:lang w:val="hr-HR"/>
        </w:rPr>
      </w:pPr>
      <w:r w:rsidRPr="00A01312">
        <w:rPr>
          <w:sz w:val="24"/>
          <w:szCs w:val="24"/>
          <w:lang w:val="hr-HR"/>
        </w:rPr>
        <w:t>(5) Provedba postupka jednostavne nabave ne utječe na obvezu pribavljanja prethodne odluke odnosno suglasnosti Školskog odbora ili Osnivača za sklapanje pravnog posla, kada je takva odluka odnosno suglasnost potrebna prema važećim aktima kojima su ure</w:t>
      </w:r>
      <w:r w:rsidR="00DD49FF" w:rsidRPr="00A01312">
        <w:rPr>
          <w:sz w:val="24"/>
          <w:szCs w:val="24"/>
          <w:lang w:val="hr-HR"/>
        </w:rPr>
        <w:t>đ</w:t>
      </w:r>
      <w:r w:rsidRPr="00A01312">
        <w:rPr>
          <w:sz w:val="24"/>
          <w:szCs w:val="24"/>
          <w:lang w:val="hr-HR"/>
        </w:rPr>
        <w:t>ene njihove ovlasti.</w:t>
      </w:r>
    </w:p>
    <w:p w14:paraId="511602E9" w14:textId="732BD8A4" w:rsidR="0096220A" w:rsidRPr="00C208B4" w:rsidRDefault="00000000">
      <w:pPr>
        <w:jc w:val="both"/>
        <w:rPr>
          <w:sz w:val="24"/>
          <w:szCs w:val="24"/>
          <w:lang w:val="hr-HR"/>
        </w:rPr>
      </w:pPr>
      <w:r w:rsidRPr="00C208B4">
        <w:rPr>
          <w:sz w:val="24"/>
          <w:szCs w:val="24"/>
          <w:lang w:val="hr-HR"/>
        </w:rPr>
        <w:t xml:space="preserve">(6) Ponuda čija cijena prelazi </w:t>
      </w:r>
      <w:r w:rsidR="00251470">
        <w:rPr>
          <w:sz w:val="24"/>
          <w:szCs w:val="24"/>
          <w:lang w:val="hr-HR"/>
        </w:rPr>
        <w:t xml:space="preserve">iznose najvećih </w:t>
      </w:r>
      <w:r w:rsidRPr="00C208B4">
        <w:rPr>
          <w:sz w:val="24"/>
          <w:szCs w:val="24"/>
          <w:lang w:val="hr-HR"/>
        </w:rPr>
        <w:t>procijenjen</w:t>
      </w:r>
      <w:r w:rsidR="00251470">
        <w:rPr>
          <w:sz w:val="24"/>
          <w:szCs w:val="24"/>
          <w:lang w:val="hr-HR"/>
        </w:rPr>
        <w:t>ih</w:t>
      </w:r>
      <w:r w:rsidRPr="00C208B4">
        <w:rPr>
          <w:sz w:val="24"/>
          <w:szCs w:val="24"/>
          <w:lang w:val="hr-HR"/>
        </w:rPr>
        <w:t xml:space="preserve"> vrijednost</w:t>
      </w:r>
      <w:r w:rsidR="00251470">
        <w:rPr>
          <w:sz w:val="24"/>
          <w:szCs w:val="24"/>
          <w:lang w:val="hr-HR"/>
        </w:rPr>
        <w:t>i</w:t>
      </w:r>
      <w:r w:rsidRPr="00C208B4">
        <w:rPr>
          <w:sz w:val="24"/>
          <w:szCs w:val="24"/>
          <w:lang w:val="hr-HR"/>
        </w:rPr>
        <w:t xml:space="preserve"> nabave propisan</w:t>
      </w:r>
      <w:r w:rsidR="00251470">
        <w:rPr>
          <w:sz w:val="24"/>
          <w:szCs w:val="24"/>
          <w:lang w:val="hr-HR"/>
        </w:rPr>
        <w:t>ih</w:t>
      </w:r>
      <w:r w:rsidRPr="00C208B4">
        <w:rPr>
          <w:sz w:val="24"/>
          <w:szCs w:val="24"/>
          <w:lang w:val="hr-HR"/>
        </w:rPr>
        <w:t xml:space="preserve"> stavkom 1. odbit će se kao neprihvatljiva osim </w:t>
      </w:r>
      <w:r w:rsidR="00251470">
        <w:rPr>
          <w:sz w:val="24"/>
          <w:szCs w:val="24"/>
          <w:lang w:val="hr-HR"/>
        </w:rPr>
        <w:t>ako je postupak proveden javnom objavom u modulu jednostavne nabave</w:t>
      </w:r>
      <w:r w:rsidRPr="00C208B4">
        <w:rPr>
          <w:sz w:val="24"/>
          <w:szCs w:val="24"/>
          <w:lang w:val="hr-HR"/>
        </w:rPr>
        <w:t>.</w:t>
      </w:r>
    </w:p>
    <w:p w14:paraId="23FADF47" w14:textId="77777777" w:rsidR="002F3B64" w:rsidRPr="00C208B4" w:rsidRDefault="002F3B64">
      <w:pPr>
        <w:spacing w:before="100" w:after="100"/>
        <w:jc w:val="both"/>
        <w:rPr>
          <w:sz w:val="24"/>
          <w:szCs w:val="24"/>
          <w:lang w:val="hr-HR"/>
        </w:rPr>
      </w:pPr>
    </w:p>
    <w:p w14:paraId="547A781D" w14:textId="6E328A91" w:rsidR="0096220A" w:rsidRPr="00A01312" w:rsidRDefault="00000000">
      <w:pPr>
        <w:spacing w:before="100" w:after="100"/>
        <w:jc w:val="both"/>
        <w:rPr>
          <w:sz w:val="24"/>
          <w:szCs w:val="24"/>
          <w:lang w:val="hr-HR"/>
        </w:rPr>
      </w:pPr>
      <w:r w:rsidRPr="00A01312">
        <w:rPr>
          <w:b/>
          <w:sz w:val="24"/>
          <w:szCs w:val="24"/>
          <w:lang w:val="hr-HR"/>
        </w:rPr>
        <w:t>3.Provedba postupka jednostavne nabave s obveznom javnom objavom u modulu jednostavne nabave EOJN RH</w:t>
      </w:r>
    </w:p>
    <w:p w14:paraId="795ED7B5" w14:textId="643CCF85" w:rsidR="0096220A" w:rsidRPr="00A01312" w:rsidRDefault="0096220A">
      <w:pPr>
        <w:rPr>
          <w:sz w:val="24"/>
          <w:szCs w:val="24"/>
          <w:lang w:val="hr-HR"/>
        </w:rPr>
      </w:pPr>
    </w:p>
    <w:p w14:paraId="46863F87" w14:textId="77777777" w:rsidR="0096220A" w:rsidRPr="00A01312" w:rsidRDefault="00000000">
      <w:pPr>
        <w:spacing w:before="160" w:after="160"/>
        <w:jc w:val="center"/>
        <w:rPr>
          <w:b/>
          <w:bCs/>
          <w:sz w:val="24"/>
          <w:szCs w:val="24"/>
          <w:lang w:val="hr-HR"/>
        </w:rPr>
      </w:pPr>
      <w:r w:rsidRPr="00A01312">
        <w:rPr>
          <w:b/>
          <w:bCs/>
          <w:sz w:val="24"/>
          <w:szCs w:val="24"/>
          <w:lang w:val="hr-HR"/>
        </w:rPr>
        <w:lastRenderedPageBreak/>
        <w:t>Članak 9.</w:t>
      </w:r>
    </w:p>
    <w:p w14:paraId="68411F53" w14:textId="43EF4165" w:rsidR="00251470" w:rsidRDefault="00251470">
      <w:pPr>
        <w:jc w:val="both"/>
        <w:rPr>
          <w:sz w:val="24"/>
          <w:szCs w:val="24"/>
          <w:lang w:val="hr-HR"/>
        </w:rPr>
      </w:pPr>
      <w:r>
        <w:rPr>
          <w:sz w:val="24"/>
          <w:szCs w:val="24"/>
          <w:lang w:val="hr-HR"/>
        </w:rPr>
        <w:t>(1) P</w:t>
      </w:r>
      <w:r w:rsidRPr="00251470">
        <w:rPr>
          <w:sz w:val="24"/>
          <w:szCs w:val="24"/>
          <w:lang w:val="hr-HR"/>
        </w:rPr>
        <w:t>ostupak jednostavne nabave robe i usluga procijenjene vrijednosti veće od 25.000,00 eura, a manje od 50.000,00 eura, odnosno radova procijenjene vrijednosti veće od 45.000,00 eura, a manje od 100.000,00 eura, Škola je obvezna provesti putem javne objave u modulu jednostavne nabave EOJN RH.</w:t>
      </w:r>
      <w:r w:rsidR="00DD49FF" w:rsidRPr="00251470">
        <w:rPr>
          <w:sz w:val="24"/>
          <w:szCs w:val="24"/>
          <w:lang w:val="hr-HR"/>
        </w:rPr>
        <w:t xml:space="preserve"> </w:t>
      </w:r>
      <w:r w:rsidRPr="00251470">
        <w:rPr>
          <w:sz w:val="24"/>
          <w:szCs w:val="24"/>
          <w:lang w:val="hr-HR"/>
        </w:rPr>
        <w:t>Ponuda čija je cijena jednaka ili veća od zakonskog praga za primjenu postupaka javne nabave odbit će se kao neprihvatljiva.</w:t>
      </w:r>
    </w:p>
    <w:p w14:paraId="4A3BB8E3" w14:textId="5EE37E88" w:rsidR="00251470" w:rsidRPr="00305F87" w:rsidRDefault="00251470" w:rsidP="00305F87">
      <w:pPr>
        <w:spacing w:before="160" w:after="160"/>
        <w:jc w:val="center"/>
        <w:rPr>
          <w:b/>
          <w:bCs/>
          <w:sz w:val="24"/>
          <w:szCs w:val="24"/>
          <w:lang w:val="hr-HR"/>
        </w:rPr>
      </w:pPr>
      <w:r w:rsidRPr="00A01312">
        <w:rPr>
          <w:b/>
          <w:bCs/>
          <w:sz w:val="24"/>
          <w:szCs w:val="24"/>
          <w:lang w:val="hr-HR"/>
        </w:rPr>
        <w:t>Članak 9</w:t>
      </w:r>
      <w:r>
        <w:rPr>
          <w:b/>
          <w:bCs/>
          <w:sz w:val="24"/>
          <w:szCs w:val="24"/>
          <w:lang w:val="hr-HR"/>
        </w:rPr>
        <w:t>a</w:t>
      </w:r>
      <w:r w:rsidRPr="00A01312">
        <w:rPr>
          <w:b/>
          <w:bCs/>
          <w:sz w:val="24"/>
          <w:szCs w:val="24"/>
          <w:lang w:val="hr-HR"/>
        </w:rPr>
        <w:t>.</w:t>
      </w:r>
    </w:p>
    <w:p w14:paraId="46D937B4" w14:textId="6BA6DAF6" w:rsidR="002F3B64" w:rsidRPr="00A01312" w:rsidRDefault="00000000">
      <w:pPr>
        <w:jc w:val="both"/>
        <w:rPr>
          <w:sz w:val="24"/>
          <w:szCs w:val="24"/>
          <w:lang w:val="hr-HR"/>
        </w:rPr>
      </w:pPr>
      <w:r w:rsidRPr="00A01312">
        <w:rPr>
          <w:sz w:val="24"/>
          <w:szCs w:val="24"/>
          <w:lang w:val="hr-HR"/>
        </w:rPr>
        <w:t>(</w:t>
      </w:r>
      <w:r w:rsidR="00CA1045">
        <w:rPr>
          <w:sz w:val="24"/>
          <w:szCs w:val="24"/>
          <w:lang w:val="hr-HR"/>
        </w:rPr>
        <w:t>1</w:t>
      </w:r>
      <w:r w:rsidRPr="00A01312">
        <w:rPr>
          <w:sz w:val="24"/>
          <w:szCs w:val="24"/>
          <w:lang w:val="hr-HR"/>
        </w:rPr>
        <w:t>) Iznimno</w:t>
      </w:r>
      <w:r w:rsidR="00472849">
        <w:rPr>
          <w:sz w:val="24"/>
          <w:szCs w:val="24"/>
          <w:lang w:val="hr-HR"/>
        </w:rPr>
        <w:t xml:space="preserve">, </w:t>
      </w:r>
      <w:r w:rsidRPr="00A01312">
        <w:rPr>
          <w:sz w:val="24"/>
          <w:szCs w:val="24"/>
          <w:lang w:val="hr-HR"/>
        </w:rPr>
        <w:t xml:space="preserve">Škola nije obvezna provesti postupak jednostavne nabave </w:t>
      </w:r>
      <w:r w:rsidR="00472849">
        <w:rPr>
          <w:sz w:val="24"/>
          <w:szCs w:val="24"/>
          <w:lang w:val="hr-HR"/>
        </w:rPr>
        <w:t>sukladno članku 8. stavak 1, i članku 9. stavak 1</w:t>
      </w:r>
      <w:r w:rsidRPr="00A01312">
        <w:rPr>
          <w:sz w:val="24"/>
          <w:szCs w:val="24"/>
          <w:lang w:val="hr-HR"/>
        </w:rPr>
        <w:t xml:space="preserve">, već može uputiti </w:t>
      </w:r>
      <w:r w:rsidR="003E45B1">
        <w:rPr>
          <w:sz w:val="24"/>
          <w:szCs w:val="24"/>
          <w:lang w:val="hr-HR"/>
        </w:rPr>
        <w:t>zahtjev</w:t>
      </w:r>
      <w:r w:rsidRPr="00A01312">
        <w:rPr>
          <w:sz w:val="24"/>
          <w:szCs w:val="24"/>
          <w:lang w:val="hr-HR"/>
        </w:rPr>
        <w:t xml:space="preserve"> na dostavu ponuda putem modula jednostavne nabave EOJN RH najmanje trima</w:t>
      </w:r>
      <w:r w:rsidR="002F3B64" w:rsidRPr="00A01312">
        <w:rPr>
          <w:sz w:val="24"/>
          <w:szCs w:val="24"/>
          <w:lang w:val="hr-HR"/>
        </w:rPr>
        <w:t xml:space="preserve"> </w:t>
      </w:r>
      <w:r w:rsidRPr="00A01312">
        <w:rPr>
          <w:sz w:val="24"/>
          <w:szCs w:val="24"/>
          <w:lang w:val="hr-HR"/>
        </w:rPr>
        <w:t xml:space="preserve">(3) gospodarskim subjektima: </w:t>
      </w:r>
    </w:p>
    <w:p w14:paraId="66E457AD" w14:textId="77777777" w:rsidR="002F3B64" w:rsidRPr="00A01312" w:rsidRDefault="00000000">
      <w:pPr>
        <w:jc w:val="both"/>
        <w:rPr>
          <w:sz w:val="24"/>
          <w:szCs w:val="24"/>
          <w:lang w:val="hr-HR"/>
        </w:rPr>
      </w:pPr>
      <w:r w:rsidRPr="00A01312">
        <w:rPr>
          <w:sz w:val="24"/>
          <w:szCs w:val="24"/>
          <w:lang w:val="hr-HR"/>
        </w:rPr>
        <w:t xml:space="preserve">a) ako nije podnesena nijedna ponuda ili nijedna valjana ponuda u prethodno provedenom postupku jednostavne nabave, pod uvjetom da početni ugovorni uvjeti nisu bitno izmijenjeni, </w:t>
      </w:r>
    </w:p>
    <w:p w14:paraId="73388923" w14:textId="163ABFFF" w:rsidR="002F3B64" w:rsidRDefault="00000000">
      <w:pPr>
        <w:jc w:val="both"/>
        <w:rPr>
          <w:sz w:val="24"/>
          <w:szCs w:val="24"/>
          <w:lang w:val="hr-HR"/>
        </w:rPr>
      </w:pPr>
      <w:r w:rsidRPr="00A01312">
        <w:rPr>
          <w:sz w:val="24"/>
          <w:szCs w:val="24"/>
          <w:lang w:val="hr-HR"/>
        </w:rPr>
        <w:t xml:space="preserve">b) ako zbog objektivnih razloga predmet nabave može izvršiti, isporučiti ili pružiti samo određeni gospodarski subjekt, i to: </w:t>
      </w:r>
    </w:p>
    <w:p w14:paraId="60FDDF93" w14:textId="77777777" w:rsidR="00C208B4" w:rsidRPr="00A01312" w:rsidRDefault="00C208B4">
      <w:pPr>
        <w:jc w:val="both"/>
        <w:rPr>
          <w:sz w:val="24"/>
          <w:szCs w:val="24"/>
          <w:lang w:val="hr-HR"/>
        </w:rPr>
      </w:pPr>
    </w:p>
    <w:p w14:paraId="1353D24E" w14:textId="046044D7" w:rsidR="002F3B64" w:rsidRPr="00A01312" w:rsidRDefault="00000000" w:rsidP="002F3B64">
      <w:pPr>
        <w:pStyle w:val="Odlomakpopisa"/>
        <w:numPr>
          <w:ilvl w:val="0"/>
          <w:numId w:val="19"/>
        </w:numPr>
        <w:jc w:val="both"/>
        <w:rPr>
          <w:sz w:val="24"/>
          <w:szCs w:val="24"/>
          <w:lang w:val="hr-HR"/>
        </w:rPr>
      </w:pPr>
      <w:r w:rsidRPr="00A01312">
        <w:rPr>
          <w:sz w:val="24"/>
          <w:szCs w:val="24"/>
          <w:lang w:val="hr-HR"/>
        </w:rPr>
        <w:t>ako je predmet nabave stvaranje ili stjecanje jedinstvenog umjetničkog djela ili umjetničke izvedbe,</w:t>
      </w:r>
    </w:p>
    <w:p w14:paraId="5128F87D" w14:textId="24612F2F" w:rsidR="002F3B64" w:rsidRPr="00A01312" w:rsidRDefault="00000000" w:rsidP="002F3B64">
      <w:pPr>
        <w:pStyle w:val="Odlomakpopisa"/>
        <w:numPr>
          <w:ilvl w:val="0"/>
          <w:numId w:val="19"/>
        </w:numPr>
        <w:jc w:val="both"/>
        <w:rPr>
          <w:sz w:val="24"/>
          <w:szCs w:val="24"/>
          <w:lang w:val="hr-HR"/>
        </w:rPr>
      </w:pPr>
      <w:r w:rsidRPr="00A01312">
        <w:rPr>
          <w:sz w:val="24"/>
          <w:szCs w:val="24"/>
          <w:lang w:val="hr-HR"/>
        </w:rPr>
        <w:t xml:space="preserve">ako iz tehničkih razloga predmet nabave može isporučiti samo određeni gospodarski subjekt ili </w:t>
      </w:r>
    </w:p>
    <w:p w14:paraId="278E2F4D" w14:textId="2CEBCD86" w:rsidR="002F3B64" w:rsidRPr="00A01312" w:rsidRDefault="00000000" w:rsidP="002F3B64">
      <w:pPr>
        <w:pStyle w:val="Odlomakpopisa"/>
        <w:numPr>
          <w:ilvl w:val="0"/>
          <w:numId w:val="19"/>
        </w:numPr>
        <w:jc w:val="both"/>
        <w:rPr>
          <w:sz w:val="24"/>
          <w:szCs w:val="24"/>
          <w:lang w:val="hr-HR"/>
        </w:rPr>
      </w:pPr>
      <w:r w:rsidRPr="00A01312">
        <w:rPr>
          <w:sz w:val="24"/>
          <w:szCs w:val="24"/>
          <w:lang w:val="hr-HR"/>
        </w:rPr>
        <w:t xml:space="preserve">ako je to nužno radi zaštite isključivih prava, uključujući prava intelektualnog vlasništva, </w:t>
      </w:r>
    </w:p>
    <w:p w14:paraId="71F9E6C0" w14:textId="2BD1B80A" w:rsidR="0096220A" w:rsidRPr="00A01312" w:rsidRDefault="00000000">
      <w:pPr>
        <w:jc w:val="both"/>
        <w:rPr>
          <w:sz w:val="24"/>
          <w:szCs w:val="24"/>
          <w:lang w:val="hr-HR"/>
        </w:rPr>
      </w:pPr>
      <w:r w:rsidRPr="00A01312">
        <w:rPr>
          <w:sz w:val="24"/>
          <w:szCs w:val="24"/>
          <w:lang w:val="hr-HR"/>
        </w:rPr>
        <w:t>c) ako postoji iznimna žurnost uzrokovana doga</w:t>
      </w:r>
      <w:r w:rsidR="00DD49FF" w:rsidRPr="00A01312">
        <w:rPr>
          <w:sz w:val="24"/>
          <w:szCs w:val="24"/>
          <w:lang w:val="hr-HR"/>
        </w:rPr>
        <w:t>đ</w:t>
      </w:r>
      <w:r w:rsidRPr="00A01312">
        <w:rPr>
          <w:sz w:val="24"/>
          <w:szCs w:val="24"/>
          <w:lang w:val="hr-HR"/>
        </w:rPr>
        <w:t>ajima koje naručitelj nije mogao predvidjeti niti na njih utjecati.</w:t>
      </w:r>
    </w:p>
    <w:p w14:paraId="1B16553B" w14:textId="0CA1E6EF" w:rsidR="0096220A" w:rsidRPr="00A01312" w:rsidRDefault="00000000">
      <w:pPr>
        <w:jc w:val="both"/>
        <w:rPr>
          <w:sz w:val="24"/>
          <w:szCs w:val="24"/>
          <w:lang w:val="hr-HR"/>
        </w:rPr>
      </w:pPr>
      <w:r w:rsidRPr="00A01312">
        <w:rPr>
          <w:sz w:val="24"/>
          <w:szCs w:val="24"/>
          <w:lang w:val="hr-HR"/>
        </w:rPr>
        <w:t>(</w:t>
      </w:r>
      <w:r w:rsidR="00CA1045">
        <w:rPr>
          <w:sz w:val="24"/>
          <w:szCs w:val="24"/>
          <w:lang w:val="hr-HR"/>
        </w:rPr>
        <w:t>2</w:t>
      </w:r>
      <w:r w:rsidRPr="00A01312">
        <w:rPr>
          <w:sz w:val="24"/>
          <w:szCs w:val="24"/>
          <w:lang w:val="hr-HR"/>
        </w:rPr>
        <w:t xml:space="preserve">) Razlozi za primjenu iznimke iz stavka </w:t>
      </w:r>
      <w:r w:rsidR="00CA1045">
        <w:rPr>
          <w:sz w:val="24"/>
          <w:szCs w:val="24"/>
          <w:lang w:val="hr-HR"/>
        </w:rPr>
        <w:t>1</w:t>
      </w:r>
      <w:r w:rsidRPr="00A01312">
        <w:rPr>
          <w:sz w:val="24"/>
          <w:szCs w:val="24"/>
          <w:lang w:val="hr-HR"/>
        </w:rPr>
        <w:t>. ovoga članka navode se i obrazlažu u objavi u modulu jednostavne nabave EOJN RH.</w:t>
      </w:r>
    </w:p>
    <w:p w14:paraId="42D0671D" w14:textId="77777777" w:rsidR="0096220A" w:rsidRPr="00A01312" w:rsidRDefault="00000000">
      <w:pPr>
        <w:spacing w:before="160" w:after="160"/>
        <w:jc w:val="center"/>
        <w:rPr>
          <w:b/>
          <w:bCs/>
          <w:sz w:val="24"/>
          <w:szCs w:val="24"/>
          <w:lang w:val="hr-HR"/>
        </w:rPr>
      </w:pPr>
      <w:r w:rsidRPr="00A01312">
        <w:rPr>
          <w:b/>
          <w:bCs/>
          <w:sz w:val="24"/>
          <w:szCs w:val="24"/>
          <w:lang w:val="hr-HR"/>
        </w:rPr>
        <w:t>Članak 10.</w:t>
      </w:r>
    </w:p>
    <w:p w14:paraId="5010A398" w14:textId="48FBAD29" w:rsidR="0096220A" w:rsidRPr="00A01312" w:rsidRDefault="00000000">
      <w:pPr>
        <w:jc w:val="both"/>
        <w:rPr>
          <w:sz w:val="24"/>
          <w:szCs w:val="24"/>
          <w:lang w:val="hr-HR"/>
        </w:rPr>
      </w:pPr>
      <w:r w:rsidRPr="00A01312">
        <w:rPr>
          <w:sz w:val="24"/>
          <w:szCs w:val="24"/>
          <w:lang w:val="hr-HR"/>
        </w:rPr>
        <w:t>(1) Prije pokretanja postupka jednostavne nabave iz članaka 8.</w:t>
      </w:r>
      <w:r w:rsidR="00CA1045">
        <w:rPr>
          <w:sz w:val="24"/>
          <w:szCs w:val="24"/>
          <w:lang w:val="hr-HR"/>
        </w:rPr>
        <w:t>,</w:t>
      </w:r>
      <w:r w:rsidRPr="00A01312">
        <w:rPr>
          <w:sz w:val="24"/>
          <w:szCs w:val="24"/>
          <w:lang w:val="hr-HR"/>
        </w:rPr>
        <w:t xml:space="preserve"> 9.</w:t>
      </w:r>
      <w:r w:rsidR="00CA1045">
        <w:rPr>
          <w:sz w:val="24"/>
          <w:szCs w:val="24"/>
          <w:lang w:val="hr-HR"/>
        </w:rPr>
        <w:t xml:space="preserve"> i 9.a,</w:t>
      </w:r>
      <w:r w:rsidRPr="00A01312">
        <w:rPr>
          <w:sz w:val="24"/>
          <w:szCs w:val="24"/>
          <w:lang w:val="hr-HR"/>
        </w:rPr>
        <w:t xml:space="preserve"> ovoga Pravilnika ravnatelj donosi Odluku o imenovanju Povjerenstva za provedbu postupka jednostavne nabave (u daljnjem tekstu: Povjerenstvo).</w:t>
      </w:r>
    </w:p>
    <w:p w14:paraId="2960D2D1" w14:textId="77777777" w:rsidR="0096220A" w:rsidRPr="00A01312" w:rsidRDefault="00000000">
      <w:pPr>
        <w:jc w:val="both"/>
        <w:rPr>
          <w:sz w:val="24"/>
          <w:szCs w:val="24"/>
          <w:lang w:val="hr-HR"/>
        </w:rPr>
      </w:pPr>
      <w:r w:rsidRPr="00A01312">
        <w:rPr>
          <w:sz w:val="24"/>
          <w:szCs w:val="24"/>
          <w:lang w:val="hr-HR"/>
        </w:rPr>
        <w:t>(2) Povjerenstvo ima tri člana, od kojih jedan član može imati važeći certifikat u području javne nabave.</w:t>
      </w:r>
    </w:p>
    <w:p w14:paraId="0284522E" w14:textId="77777777" w:rsidR="0096220A" w:rsidRPr="00A01312" w:rsidRDefault="00000000">
      <w:pPr>
        <w:jc w:val="both"/>
        <w:rPr>
          <w:sz w:val="24"/>
          <w:szCs w:val="24"/>
          <w:lang w:val="hr-HR"/>
        </w:rPr>
      </w:pPr>
      <w:r w:rsidRPr="00A01312">
        <w:rPr>
          <w:sz w:val="24"/>
          <w:szCs w:val="24"/>
          <w:lang w:val="hr-HR"/>
        </w:rPr>
        <w:t>(3) Ravnatelj je predsjednik Povjerenstva.</w:t>
      </w:r>
    </w:p>
    <w:p w14:paraId="29514F4E" w14:textId="77777777" w:rsidR="0096220A" w:rsidRPr="00A01312" w:rsidRDefault="00000000">
      <w:pPr>
        <w:jc w:val="both"/>
        <w:rPr>
          <w:sz w:val="24"/>
          <w:szCs w:val="24"/>
          <w:lang w:val="hr-HR"/>
        </w:rPr>
      </w:pPr>
      <w:r w:rsidRPr="00A01312">
        <w:rPr>
          <w:sz w:val="24"/>
          <w:szCs w:val="24"/>
          <w:lang w:val="hr-HR"/>
        </w:rPr>
        <w:t>(4) Članovi Povjerenstva ne moraju biti zaposlenici Škole.</w:t>
      </w:r>
    </w:p>
    <w:p w14:paraId="2F5C3DB4" w14:textId="06D5AE1B" w:rsidR="0096220A" w:rsidRPr="00A01312" w:rsidRDefault="00000000">
      <w:pPr>
        <w:jc w:val="both"/>
        <w:rPr>
          <w:sz w:val="24"/>
          <w:szCs w:val="24"/>
          <w:lang w:val="hr-HR"/>
        </w:rPr>
      </w:pPr>
      <w:r w:rsidRPr="00A01312">
        <w:rPr>
          <w:sz w:val="24"/>
          <w:szCs w:val="24"/>
          <w:lang w:val="hr-HR"/>
        </w:rPr>
        <w:t>(5) Odluku o odabiru ili poništenju postupka donosi nadležno tijelo Škole, u skladu sa Statutom Škole i drugim važećim aktima kojima su ure</w:t>
      </w:r>
      <w:r w:rsidR="00DD49FF" w:rsidRPr="00A01312">
        <w:rPr>
          <w:sz w:val="24"/>
          <w:szCs w:val="24"/>
          <w:lang w:val="hr-HR"/>
        </w:rPr>
        <w:t>đ</w:t>
      </w:r>
      <w:r w:rsidRPr="00A01312">
        <w:rPr>
          <w:sz w:val="24"/>
          <w:szCs w:val="24"/>
          <w:lang w:val="hr-HR"/>
        </w:rPr>
        <w:t>ene ovlasti ravnatelja, Školskog odbora i Osnivača.</w:t>
      </w:r>
    </w:p>
    <w:p w14:paraId="00B7EF1F" w14:textId="77777777" w:rsidR="0096220A" w:rsidRPr="00A01312" w:rsidRDefault="00000000">
      <w:pPr>
        <w:spacing w:before="160" w:after="160"/>
        <w:jc w:val="center"/>
        <w:rPr>
          <w:b/>
          <w:bCs/>
          <w:sz w:val="24"/>
          <w:szCs w:val="24"/>
          <w:lang w:val="hr-HR"/>
        </w:rPr>
      </w:pPr>
      <w:r w:rsidRPr="00A01312">
        <w:rPr>
          <w:b/>
          <w:bCs/>
          <w:sz w:val="24"/>
          <w:szCs w:val="24"/>
          <w:lang w:val="hr-HR"/>
        </w:rPr>
        <w:t>Članak 11.</w:t>
      </w:r>
    </w:p>
    <w:p w14:paraId="2B5D2BBD" w14:textId="77777777" w:rsidR="0096220A" w:rsidRPr="00A01312" w:rsidRDefault="00000000">
      <w:pPr>
        <w:jc w:val="both"/>
        <w:rPr>
          <w:sz w:val="24"/>
          <w:szCs w:val="24"/>
          <w:lang w:val="hr-HR"/>
        </w:rPr>
      </w:pPr>
      <w:r w:rsidRPr="00A01312">
        <w:rPr>
          <w:sz w:val="24"/>
          <w:szCs w:val="24"/>
          <w:lang w:val="hr-HR"/>
        </w:rPr>
        <w:t>Povjerenstvo obavlja sljedeće poslove:</w:t>
      </w:r>
    </w:p>
    <w:p w14:paraId="3063C356" w14:textId="4278F631" w:rsidR="0096220A" w:rsidRPr="00A01312" w:rsidRDefault="00000000" w:rsidP="00DD49FF">
      <w:pPr>
        <w:pStyle w:val="Odlomakpopisa"/>
        <w:numPr>
          <w:ilvl w:val="0"/>
          <w:numId w:val="10"/>
        </w:numPr>
        <w:rPr>
          <w:sz w:val="24"/>
          <w:szCs w:val="24"/>
          <w:lang w:val="hr-HR"/>
        </w:rPr>
      </w:pPr>
      <w:r w:rsidRPr="00A01312">
        <w:rPr>
          <w:sz w:val="24"/>
          <w:szCs w:val="24"/>
          <w:lang w:val="hr-HR"/>
        </w:rPr>
        <w:t>priprema i provodi postupak jednostavne nabave,</w:t>
      </w:r>
    </w:p>
    <w:p w14:paraId="7E4978C4" w14:textId="60DC5717" w:rsidR="0096220A" w:rsidRPr="00A01312" w:rsidRDefault="00000000" w:rsidP="00DD49FF">
      <w:pPr>
        <w:pStyle w:val="Odlomakpopisa"/>
        <w:numPr>
          <w:ilvl w:val="0"/>
          <w:numId w:val="10"/>
        </w:numPr>
        <w:rPr>
          <w:sz w:val="24"/>
          <w:szCs w:val="24"/>
          <w:lang w:val="hr-HR"/>
        </w:rPr>
      </w:pPr>
      <w:r w:rsidRPr="00A01312">
        <w:rPr>
          <w:sz w:val="24"/>
          <w:szCs w:val="24"/>
          <w:lang w:val="hr-HR"/>
        </w:rPr>
        <w:t xml:space="preserve">utvrđuje sadržaj </w:t>
      </w:r>
      <w:r w:rsidR="003E45B1">
        <w:rPr>
          <w:sz w:val="24"/>
          <w:szCs w:val="24"/>
          <w:lang w:val="hr-HR"/>
        </w:rPr>
        <w:t>zahtjeva</w:t>
      </w:r>
      <w:r w:rsidRPr="00A01312">
        <w:rPr>
          <w:sz w:val="24"/>
          <w:szCs w:val="24"/>
          <w:lang w:val="hr-HR"/>
        </w:rPr>
        <w:t xml:space="preserve"> na dostavu ponuda,</w:t>
      </w:r>
    </w:p>
    <w:p w14:paraId="63AAFA70" w14:textId="1FEB0B6C" w:rsidR="0096220A" w:rsidRPr="00A01312" w:rsidRDefault="00000000" w:rsidP="00DD49FF">
      <w:pPr>
        <w:pStyle w:val="Odlomakpopisa"/>
        <w:numPr>
          <w:ilvl w:val="0"/>
          <w:numId w:val="10"/>
        </w:numPr>
        <w:rPr>
          <w:sz w:val="24"/>
          <w:szCs w:val="24"/>
          <w:lang w:val="hr-HR"/>
        </w:rPr>
      </w:pPr>
      <w:r w:rsidRPr="00A01312">
        <w:rPr>
          <w:sz w:val="24"/>
          <w:szCs w:val="24"/>
          <w:lang w:val="hr-HR"/>
        </w:rPr>
        <w:t xml:space="preserve">upućuje </w:t>
      </w:r>
      <w:r w:rsidR="003E45B1">
        <w:rPr>
          <w:sz w:val="24"/>
          <w:szCs w:val="24"/>
          <w:lang w:val="hr-HR"/>
        </w:rPr>
        <w:t>zahtjev</w:t>
      </w:r>
      <w:r w:rsidRPr="00A01312">
        <w:rPr>
          <w:sz w:val="24"/>
          <w:szCs w:val="24"/>
          <w:lang w:val="hr-HR"/>
        </w:rPr>
        <w:t xml:space="preserve"> na dostavu ponuda putem modula jednostavne nabave EOJN RH, odnosno provodi javnu objavu kada je ona obvezna sukladno ovom Pravilniku,</w:t>
      </w:r>
    </w:p>
    <w:p w14:paraId="79A62BA9" w14:textId="77777777" w:rsidR="00DD49FF" w:rsidRPr="00A01312" w:rsidRDefault="00000000" w:rsidP="00DD49FF">
      <w:pPr>
        <w:pStyle w:val="Odlomakpopisa"/>
        <w:numPr>
          <w:ilvl w:val="0"/>
          <w:numId w:val="10"/>
        </w:numPr>
        <w:rPr>
          <w:sz w:val="24"/>
          <w:szCs w:val="24"/>
          <w:lang w:val="hr-HR"/>
        </w:rPr>
      </w:pPr>
      <w:r w:rsidRPr="00A01312">
        <w:rPr>
          <w:sz w:val="24"/>
          <w:szCs w:val="24"/>
          <w:lang w:val="hr-HR"/>
        </w:rPr>
        <w:t>otvara i pregledava pristigle ponude nakon isteka roka za dostavu ponuda,</w:t>
      </w:r>
    </w:p>
    <w:p w14:paraId="561E5201" w14:textId="77777777" w:rsidR="00DD49FF" w:rsidRPr="00A01312" w:rsidRDefault="00000000" w:rsidP="00DD49FF">
      <w:pPr>
        <w:pStyle w:val="Odlomakpopisa"/>
        <w:numPr>
          <w:ilvl w:val="0"/>
          <w:numId w:val="10"/>
        </w:numPr>
        <w:rPr>
          <w:sz w:val="24"/>
          <w:szCs w:val="24"/>
          <w:lang w:val="hr-HR"/>
        </w:rPr>
      </w:pPr>
      <w:r w:rsidRPr="00A01312">
        <w:rPr>
          <w:sz w:val="24"/>
          <w:szCs w:val="24"/>
          <w:lang w:val="hr-HR"/>
        </w:rPr>
        <w:t>sastavlja zapisnik o otvaranju, pregledu i ocjeni ponuda,</w:t>
      </w:r>
      <w:r w:rsidR="00DD49FF" w:rsidRPr="00A01312">
        <w:rPr>
          <w:sz w:val="24"/>
          <w:szCs w:val="24"/>
          <w:lang w:val="hr-HR"/>
        </w:rPr>
        <w:t xml:space="preserve"> </w:t>
      </w:r>
    </w:p>
    <w:p w14:paraId="213B35CA" w14:textId="381E3DD9" w:rsidR="0096220A" w:rsidRPr="00A01312" w:rsidRDefault="00000000" w:rsidP="00DD49FF">
      <w:pPr>
        <w:pStyle w:val="Odlomakpopisa"/>
        <w:numPr>
          <w:ilvl w:val="0"/>
          <w:numId w:val="10"/>
        </w:numPr>
        <w:rPr>
          <w:sz w:val="24"/>
          <w:szCs w:val="24"/>
          <w:lang w:val="hr-HR"/>
        </w:rPr>
      </w:pPr>
      <w:r w:rsidRPr="00A01312">
        <w:rPr>
          <w:sz w:val="24"/>
          <w:szCs w:val="24"/>
          <w:lang w:val="hr-HR"/>
        </w:rPr>
        <w:t>utvrđuje prijedlog odluke o odabiru odnosno poništenju postupka te ga, zajedno s dokumentacijom postupka, dostavlja nadležnom tijelu Škole radi donošenja odluke.</w:t>
      </w:r>
    </w:p>
    <w:p w14:paraId="778B5D26" w14:textId="77777777" w:rsidR="0096220A" w:rsidRPr="00A01312" w:rsidRDefault="00000000">
      <w:pPr>
        <w:spacing w:before="160" w:after="160"/>
        <w:jc w:val="center"/>
        <w:rPr>
          <w:b/>
          <w:bCs/>
          <w:sz w:val="24"/>
          <w:szCs w:val="24"/>
          <w:lang w:val="hr-HR"/>
        </w:rPr>
      </w:pPr>
      <w:r w:rsidRPr="00A01312">
        <w:rPr>
          <w:b/>
          <w:bCs/>
          <w:sz w:val="24"/>
          <w:szCs w:val="24"/>
          <w:lang w:val="hr-HR"/>
        </w:rPr>
        <w:lastRenderedPageBreak/>
        <w:t>Članak 12.</w:t>
      </w:r>
    </w:p>
    <w:p w14:paraId="22297B7F" w14:textId="2000E14D" w:rsidR="00DD49FF" w:rsidRPr="00A01312" w:rsidRDefault="00000000">
      <w:pPr>
        <w:jc w:val="both"/>
        <w:rPr>
          <w:sz w:val="24"/>
          <w:szCs w:val="24"/>
          <w:lang w:val="hr-HR"/>
        </w:rPr>
      </w:pPr>
      <w:r w:rsidRPr="00A01312">
        <w:rPr>
          <w:sz w:val="24"/>
          <w:szCs w:val="24"/>
          <w:lang w:val="hr-HR"/>
        </w:rPr>
        <w:t>(1</w:t>
      </w:r>
      <w:r w:rsidRPr="00B41114">
        <w:rPr>
          <w:b/>
          <w:bCs/>
          <w:sz w:val="24"/>
          <w:szCs w:val="24"/>
          <w:lang w:val="hr-HR"/>
        </w:rPr>
        <w:t xml:space="preserve">) </w:t>
      </w:r>
      <w:r w:rsidR="003E45B1">
        <w:rPr>
          <w:b/>
          <w:bCs/>
          <w:sz w:val="24"/>
          <w:szCs w:val="24"/>
          <w:lang w:val="hr-HR"/>
        </w:rPr>
        <w:t>Zahtjev</w:t>
      </w:r>
      <w:r w:rsidRPr="00B41114">
        <w:rPr>
          <w:b/>
          <w:bCs/>
          <w:sz w:val="24"/>
          <w:szCs w:val="24"/>
          <w:lang w:val="hr-HR"/>
        </w:rPr>
        <w:t xml:space="preserve"> na dostavu ponuda sadrži</w:t>
      </w:r>
      <w:r w:rsidRPr="00A01312">
        <w:rPr>
          <w:sz w:val="24"/>
          <w:szCs w:val="24"/>
          <w:lang w:val="hr-HR"/>
        </w:rPr>
        <w:t xml:space="preserve"> sljedeće podatke: </w:t>
      </w:r>
    </w:p>
    <w:p w14:paraId="664332DF" w14:textId="52FB2FCD" w:rsidR="00DD49FF" w:rsidRDefault="006D378F" w:rsidP="00DD49FF">
      <w:pPr>
        <w:pStyle w:val="Odlomakpopisa"/>
        <w:numPr>
          <w:ilvl w:val="0"/>
          <w:numId w:val="15"/>
        </w:numPr>
        <w:jc w:val="both"/>
        <w:rPr>
          <w:sz w:val="24"/>
          <w:szCs w:val="24"/>
          <w:lang w:val="hr-HR"/>
        </w:rPr>
      </w:pPr>
      <w:r>
        <w:rPr>
          <w:sz w:val="24"/>
          <w:szCs w:val="24"/>
          <w:lang w:val="hr-HR"/>
        </w:rPr>
        <w:t>podatke o naručitelju (</w:t>
      </w:r>
      <w:r w:rsidRPr="00A01312">
        <w:rPr>
          <w:sz w:val="24"/>
          <w:szCs w:val="24"/>
          <w:lang w:val="hr-HR"/>
        </w:rPr>
        <w:t>naziv</w:t>
      </w:r>
      <w:r>
        <w:rPr>
          <w:sz w:val="24"/>
          <w:szCs w:val="24"/>
          <w:lang w:val="hr-HR"/>
        </w:rPr>
        <w:t xml:space="preserve">, </w:t>
      </w:r>
      <w:r w:rsidRPr="00A01312">
        <w:rPr>
          <w:sz w:val="24"/>
          <w:szCs w:val="24"/>
          <w:lang w:val="hr-HR"/>
        </w:rPr>
        <w:t>sjedište</w:t>
      </w:r>
      <w:r>
        <w:rPr>
          <w:sz w:val="24"/>
          <w:szCs w:val="24"/>
          <w:lang w:val="hr-HR"/>
        </w:rPr>
        <w:t xml:space="preserve"> i OIB </w:t>
      </w:r>
      <w:r w:rsidRPr="00A01312">
        <w:rPr>
          <w:sz w:val="24"/>
          <w:szCs w:val="24"/>
          <w:lang w:val="hr-HR"/>
        </w:rPr>
        <w:t>Škole,</w:t>
      </w:r>
      <w:r>
        <w:rPr>
          <w:sz w:val="24"/>
          <w:szCs w:val="24"/>
          <w:lang w:val="hr-HR"/>
        </w:rPr>
        <w:t xml:space="preserve"> osobu ili službu zaduženu za kontakt),</w:t>
      </w:r>
      <w:r w:rsidRPr="00A01312">
        <w:rPr>
          <w:sz w:val="24"/>
          <w:szCs w:val="24"/>
          <w:lang w:val="hr-HR"/>
        </w:rPr>
        <w:t xml:space="preserve"> </w:t>
      </w:r>
    </w:p>
    <w:p w14:paraId="04F5FF22" w14:textId="6685E1CD" w:rsidR="00510E1F" w:rsidRDefault="00510E1F" w:rsidP="00DD49FF">
      <w:pPr>
        <w:pStyle w:val="Odlomakpopisa"/>
        <w:numPr>
          <w:ilvl w:val="0"/>
          <w:numId w:val="15"/>
        </w:numPr>
        <w:jc w:val="both"/>
        <w:rPr>
          <w:sz w:val="24"/>
          <w:szCs w:val="24"/>
          <w:lang w:val="hr-HR"/>
        </w:rPr>
      </w:pPr>
      <w:r>
        <w:rPr>
          <w:sz w:val="24"/>
          <w:szCs w:val="24"/>
          <w:lang w:val="hr-HR"/>
        </w:rPr>
        <w:t>evidencijski broj nabave,</w:t>
      </w:r>
    </w:p>
    <w:p w14:paraId="0C3815BF" w14:textId="07510A19" w:rsidR="00510E1F" w:rsidRDefault="00510E1F" w:rsidP="00DD49FF">
      <w:pPr>
        <w:pStyle w:val="Odlomakpopisa"/>
        <w:numPr>
          <w:ilvl w:val="0"/>
          <w:numId w:val="15"/>
        </w:numPr>
        <w:jc w:val="both"/>
        <w:rPr>
          <w:sz w:val="24"/>
          <w:szCs w:val="24"/>
          <w:lang w:val="hr-HR"/>
        </w:rPr>
      </w:pPr>
      <w:r>
        <w:rPr>
          <w:sz w:val="24"/>
          <w:szCs w:val="24"/>
          <w:lang w:val="hr-HR"/>
        </w:rPr>
        <w:t>vrstu postupka,</w:t>
      </w:r>
    </w:p>
    <w:p w14:paraId="31D50272" w14:textId="53CB8FC7" w:rsidR="00510E1F" w:rsidRPr="00A01312" w:rsidRDefault="00510E1F" w:rsidP="00DD49FF">
      <w:pPr>
        <w:pStyle w:val="Odlomakpopisa"/>
        <w:numPr>
          <w:ilvl w:val="0"/>
          <w:numId w:val="15"/>
        </w:numPr>
        <w:jc w:val="both"/>
        <w:rPr>
          <w:sz w:val="24"/>
          <w:szCs w:val="24"/>
          <w:lang w:val="hr-HR"/>
        </w:rPr>
      </w:pPr>
      <w:r w:rsidRPr="00A01312">
        <w:rPr>
          <w:sz w:val="24"/>
          <w:szCs w:val="24"/>
          <w:lang w:val="hr-HR"/>
        </w:rPr>
        <w:t>procijenjenu vrijednost nabave,</w:t>
      </w:r>
    </w:p>
    <w:p w14:paraId="353F7389" w14:textId="2AA661A8" w:rsidR="00DD49FF" w:rsidRDefault="00000000" w:rsidP="00510E1F">
      <w:pPr>
        <w:pStyle w:val="Odlomakpopisa"/>
        <w:numPr>
          <w:ilvl w:val="0"/>
          <w:numId w:val="15"/>
        </w:numPr>
        <w:jc w:val="both"/>
        <w:rPr>
          <w:sz w:val="24"/>
          <w:szCs w:val="24"/>
          <w:lang w:val="hr-HR"/>
        </w:rPr>
      </w:pPr>
      <w:r w:rsidRPr="00A01312">
        <w:rPr>
          <w:sz w:val="24"/>
          <w:szCs w:val="24"/>
          <w:lang w:val="hr-HR"/>
        </w:rPr>
        <w:t>opis</w:t>
      </w:r>
      <w:r w:rsidR="00510E1F">
        <w:rPr>
          <w:sz w:val="24"/>
          <w:szCs w:val="24"/>
          <w:lang w:val="hr-HR"/>
        </w:rPr>
        <w:t>,</w:t>
      </w:r>
      <w:r w:rsidR="006D378F">
        <w:rPr>
          <w:sz w:val="24"/>
          <w:szCs w:val="24"/>
          <w:lang w:val="hr-HR"/>
        </w:rPr>
        <w:t xml:space="preserve"> količinu</w:t>
      </w:r>
      <w:r w:rsidRPr="00A01312">
        <w:rPr>
          <w:sz w:val="24"/>
          <w:szCs w:val="24"/>
          <w:lang w:val="hr-HR"/>
        </w:rPr>
        <w:t xml:space="preserve"> predmeta nabave i tehničke specifikacije</w:t>
      </w:r>
      <w:r w:rsidR="00510E1F">
        <w:rPr>
          <w:sz w:val="24"/>
          <w:szCs w:val="24"/>
          <w:lang w:val="hr-HR"/>
        </w:rPr>
        <w:t xml:space="preserve"> </w:t>
      </w:r>
      <w:r w:rsidR="006D378F">
        <w:rPr>
          <w:sz w:val="24"/>
          <w:szCs w:val="24"/>
          <w:lang w:val="hr-HR"/>
        </w:rPr>
        <w:t>(troškovnik)</w:t>
      </w:r>
      <w:r w:rsidRPr="00A01312">
        <w:rPr>
          <w:sz w:val="24"/>
          <w:szCs w:val="24"/>
          <w:lang w:val="hr-HR"/>
        </w:rPr>
        <w:t xml:space="preserve"> </w:t>
      </w:r>
    </w:p>
    <w:p w14:paraId="4B24F615" w14:textId="1A109E39" w:rsidR="00510E1F" w:rsidRDefault="00510E1F" w:rsidP="00510E1F">
      <w:pPr>
        <w:pStyle w:val="Odlomakpopisa"/>
        <w:numPr>
          <w:ilvl w:val="0"/>
          <w:numId w:val="15"/>
        </w:numPr>
        <w:jc w:val="both"/>
        <w:rPr>
          <w:sz w:val="24"/>
          <w:szCs w:val="24"/>
          <w:lang w:val="hr-HR"/>
        </w:rPr>
      </w:pPr>
      <w:r>
        <w:rPr>
          <w:sz w:val="24"/>
          <w:szCs w:val="24"/>
          <w:lang w:val="hr-HR"/>
        </w:rPr>
        <w:t>rok za dostavu ponude,</w:t>
      </w:r>
    </w:p>
    <w:p w14:paraId="4DE813B8" w14:textId="1EED3732" w:rsidR="00510E1F" w:rsidRPr="00510E1F" w:rsidRDefault="00510E1F" w:rsidP="00510E1F">
      <w:pPr>
        <w:pStyle w:val="Odlomakpopisa"/>
        <w:numPr>
          <w:ilvl w:val="0"/>
          <w:numId w:val="15"/>
        </w:numPr>
        <w:jc w:val="both"/>
        <w:rPr>
          <w:sz w:val="24"/>
          <w:szCs w:val="24"/>
          <w:lang w:val="hr-HR"/>
        </w:rPr>
      </w:pPr>
      <w:r>
        <w:rPr>
          <w:sz w:val="24"/>
          <w:szCs w:val="24"/>
          <w:lang w:val="hr-HR"/>
        </w:rPr>
        <w:t>mjesto i rok izvršenja,</w:t>
      </w:r>
    </w:p>
    <w:p w14:paraId="0DB79DC4" w14:textId="460C9C83" w:rsidR="00DD49FF" w:rsidRPr="00510E1F" w:rsidRDefault="00000000" w:rsidP="00510E1F">
      <w:pPr>
        <w:pStyle w:val="Odlomakpopisa"/>
        <w:numPr>
          <w:ilvl w:val="0"/>
          <w:numId w:val="15"/>
        </w:numPr>
        <w:jc w:val="both"/>
        <w:rPr>
          <w:sz w:val="24"/>
          <w:szCs w:val="24"/>
          <w:lang w:val="hr-HR"/>
        </w:rPr>
      </w:pPr>
      <w:r w:rsidRPr="00A01312">
        <w:rPr>
          <w:sz w:val="24"/>
          <w:szCs w:val="24"/>
          <w:lang w:val="hr-HR"/>
        </w:rPr>
        <w:t xml:space="preserve">kriterije za odabir ponude, </w:t>
      </w:r>
    </w:p>
    <w:p w14:paraId="3323D70C" w14:textId="01A3EDEE" w:rsidR="00DD49FF" w:rsidRPr="00510E1F" w:rsidRDefault="00000000" w:rsidP="00510E1F">
      <w:pPr>
        <w:pStyle w:val="Odlomakpopisa"/>
        <w:numPr>
          <w:ilvl w:val="0"/>
          <w:numId w:val="15"/>
        </w:numPr>
        <w:jc w:val="both"/>
        <w:rPr>
          <w:sz w:val="24"/>
          <w:szCs w:val="24"/>
          <w:lang w:val="hr-HR"/>
        </w:rPr>
      </w:pPr>
      <w:r w:rsidRPr="00A01312">
        <w:rPr>
          <w:sz w:val="24"/>
          <w:szCs w:val="24"/>
          <w:lang w:val="hr-HR"/>
        </w:rPr>
        <w:t xml:space="preserve">uvjete i zahtjeve koje ponuditelji trebaju ispuniti (ako se traže), </w:t>
      </w:r>
    </w:p>
    <w:p w14:paraId="388161AF" w14:textId="5D901E45" w:rsidR="0096220A" w:rsidRPr="00A01312" w:rsidRDefault="00000000" w:rsidP="00DD49FF">
      <w:pPr>
        <w:pStyle w:val="Odlomakpopisa"/>
        <w:numPr>
          <w:ilvl w:val="0"/>
          <w:numId w:val="15"/>
        </w:numPr>
        <w:jc w:val="both"/>
        <w:rPr>
          <w:sz w:val="24"/>
          <w:szCs w:val="24"/>
          <w:lang w:val="hr-HR"/>
        </w:rPr>
      </w:pPr>
      <w:r w:rsidRPr="00A01312">
        <w:rPr>
          <w:sz w:val="24"/>
          <w:szCs w:val="24"/>
          <w:lang w:val="hr-HR"/>
        </w:rPr>
        <w:t>broj telefona i adresu elektroničke pošte.</w:t>
      </w:r>
    </w:p>
    <w:p w14:paraId="1E5D3C12" w14:textId="77777777" w:rsidR="00DD49FF" w:rsidRPr="00A01312" w:rsidRDefault="00DD49FF">
      <w:pPr>
        <w:jc w:val="both"/>
        <w:rPr>
          <w:sz w:val="24"/>
          <w:szCs w:val="24"/>
          <w:lang w:val="hr-HR"/>
        </w:rPr>
      </w:pPr>
    </w:p>
    <w:p w14:paraId="1F51D452" w14:textId="4CACA06C" w:rsidR="00C208B4" w:rsidRPr="00A01312" w:rsidRDefault="00000000">
      <w:pPr>
        <w:jc w:val="both"/>
        <w:rPr>
          <w:sz w:val="24"/>
          <w:szCs w:val="24"/>
          <w:lang w:val="hr-HR"/>
        </w:rPr>
      </w:pPr>
      <w:r w:rsidRPr="00A01312">
        <w:rPr>
          <w:sz w:val="24"/>
          <w:szCs w:val="24"/>
          <w:lang w:val="hr-HR"/>
        </w:rPr>
        <w:t xml:space="preserve">(2) Osim obveznog sadržaja iz stavka 1. ovog članka, a ovisno o složenosti i vrijednosti predmeta nabave, Povjerenstvo može u </w:t>
      </w:r>
      <w:r w:rsidR="003E45B1">
        <w:rPr>
          <w:sz w:val="24"/>
          <w:szCs w:val="24"/>
          <w:lang w:val="hr-HR"/>
        </w:rPr>
        <w:t>zahtjevu</w:t>
      </w:r>
      <w:r w:rsidRPr="00A01312">
        <w:rPr>
          <w:sz w:val="24"/>
          <w:szCs w:val="24"/>
          <w:lang w:val="hr-HR"/>
        </w:rPr>
        <w:t xml:space="preserve"> na dostavu ponuda zatražiti i: </w:t>
      </w:r>
    </w:p>
    <w:p w14:paraId="57F8E987" w14:textId="6726D957" w:rsidR="00DD49FF" w:rsidRPr="00A01312" w:rsidRDefault="00000000" w:rsidP="00DD49FF">
      <w:pPr>
        <w:pStyle w:val="Odlomakpopisa"/>
        <w:numPr>
          <w:ilvl w:val="0"/>
          <w:numId w:val="13"/>
        </w:numPr>
        <w:jc w:val="both"/>
        <w:rPr>
          <w:sz w:val="24"/>
          <w:szCs w:val="24"/>
          <w:lang w:val="hr-HR"/>
        </w:rPr>
      </w:pPr>
      <w:r w:rsidRPr="00A01312">
        <w:rPr>
          <w:sz w:val="24"/>
          <w:szCs w:val="24"/>
          <w:lang w:val="hr-HR"/>
        </w:rPr>
        <w:t xml:space="preserve">dokaz pravne i poslovne sposobnosti, </w:t>
      </w:r>
    </w:p>
    <w:p w14:paraId="0EAFCCFB" w14:textId="58B69A16" w:rsidR="00DD49FF" w:rsidRPr="00A01312" w:rsidRDefault="00000000" w:rsidP="00DD49FF">
      <w:pPr>
        <w:pStyle w:val="Odlomakpopisa"/>
        <w:numPr>
          <w:ilvl w:val="0"/>
          <w:numId w:val="13"/>
        </w:numPr>
        <w:jc w:val="both"/>
        <w:rPr>
          <w:sz w:val="24"/>
          <w:szCs w:val="24"/>
          <w:lang w:val="hr-HR"/>
        </w:rPr>
      </w:pPr>
      <w:r w:rsidRPr="00A01312">
        <w:rPr>
          <w:sz w:val="24"/>
          <w:szCs w:val="24"/>
          <w:lang w:val="hr-HR"/>
        </w:rPr>
        <w:t xml:space="preserve">dokaz financijske sposobnosti, </w:t>
      </w:r>
    </w:p>
    <w:p w14:paraId="7B382953" w14:textId="5FDFFBB4" w:rsidR="00DD49FF" w:rsidRPr="00A01312" w:rsidRDefault="00000000" w:rsidP="00DD49FF">
      <w:pPr>
        <w:pStyle w:val="Odlomakpopisa"/>
        <w:numPr>
          <w:ilvl w:val="0"/>
          <w:numId w:val="13"/>
        </w:numPr>
        <w:jc w:val="both"/>
        <w:rPr>
          <w:sz w:val="24"/>
          <w:szCs w:val="24"/>
          <w:lang w:val="hr-HR"/>
        </w:rPr>
      </w:pPr>
      <w:r w:rsidRPr="00A01312">
        <w:rPr>
          <w:sz w:val="24"/>
          <w:szCs w:val="24"/>
          <w:lang w:val="hr-HR"/>
        </w:rPr>
        <w:t xml:space="preserve">dokaz tehničke i stručne sposobnosti, </w:t>
      </w:r>
    </w:p>
    <w:p w14:paraId="568D392F" w14:textId="7CB5FF03" w:rsidR="0096220A" w:rsidRPr="00A01312" w:rsidRDefault="00000000" w:rsidP="00DD49FF">
      <w:pPr>
        <w:pStyle w:val="Odlomakpopisa"/>
        <w:numPr>
          <w:ilvl w:val="0"/>
          <w:numId w:val="13"/>
        </w:numPr>
        <w:jc w:val="both"/>
        <w:rPr>
          <w:sz w:val="24"/>
          <w:szCs w:val="24"/>
          <w:lang w:val="hr-HR"/>
        </w:rPr>
      </w:pPr>
      <w:r w:rsidRPr="00A01312">
        <w:rPr>
          <w:sz w:val="24"/>
          <w:szCs w:val="24"/>
          <w:lang w:val="hr-HR"/>
        </w:rPr>
        <w:t>jamstvo sukladno odredbama važećih propisa iz područja javne nabave.</w:t>
      </w:r>
    </w:p>
    <w:p w14:paraId="026ED43B" w14:textId="77777777" w:rsidR="002F3B64" w:rsidRPr="00A01312" w:rsidRDefault="002F3B64" w:rsidP="00E15C17">
      <w:pPr>
        <w:pStyle w:val="Odlomakpopisa"/>
        <w:jc w:val="both"/>
        <w:rPr>
          <w:sz w:val="24"/>
          <w:szCs w:val="24"/>
          <w:lang w:val="hr-HR"/>
        </w:rPr>
      </w:pPr>
    </w:p>
    <w:p w14:paraId="2EB77ED1" w14:textId="77777777" w:rsidR="0096220A" w:rsidRPr="00A01312" w:rsidRDefault="00000000">
      <w:pPr>
        <w:spacing w:before="160" w:after="160"/>
        <w:jc w:val="center"/>
        <w:rPr>
          <w:b/>
          <w:bCs/>
          <w:sz w:val="24"/>
          <w:szCs w:val="24"/>
          <w:lang w:val="hr-HR"/>
        </w:rPr>
      </w:pPr>
      <w:r w:rsidRPr="00A01312">
        <w:rPr>
          <w:b/>
          <w:bCs/>
          <w:sz w:val="24"/>
          <w:szCs w:val="24"/>
          <w:lang w:val="hr-HR"/>
        </w:rPr>
        <w:t>Članak 13.</w:t>
      </w:r>
    </w:p>
    <w:p w14:paraId="5088E5DA" w14:textId="77777777" w:rsidR="0096220A" w:rsidRPr="00A01312" w:rsidRDefault="00000000">
      <w:pPr>
        <w:jc w:val="both"/>
        <w:rPr>
          <w:sz w:val="24"/>
          <w:szCs w:val="24"/>
          <w:lang w:val="hr-HR"/>
        </w:rPr>
      </w:pPr>
      <w:r w:rsidRPr="00A01312">
        <w:rPr>
          <w:sz w:val="24"/>
          <w:szCs w:val="24"/>
          <w:lang w:val="hr-HR"/>
        </w:rPr>
        <w:t>(1) Svaka pravodobno dostavljena ponuda upisuje se u urudžbeni zapisnik Škole.</w:t>
      </w:r>
    </w:p>
    <w:p w14:paraId="2EE6B270" w14:textId="77777777" w:rsidR="0096220A" w:rsidRPr="00A01312" w:rsidRDefault="00000000">
      <w:pPr>
        <w:jc w:val="both"/>
        <w:rPr>
          <w:sz w:val="24"/>
          <w:szCs w:val="24"/>
          <w:lang w:val="hr-HR"/>
        </w:rPr>
      </w:pPr>
      <w:r w:rsidRPr="00A01312">
        <w:rPr>
          <w:sz w:val="24"/>
          <w:szCs w:val="24"/>
          <w:lang w:val="hr-HR"/>
        </w:rPr>
        <w:t>(2) Nakon isteka roka za dostavu ponuda, vrši se otvaranje zaprimljenih ponuda koje nije javno.</w:t>
      </w:r>
    </w:p>
    <w:p w14:paraId="63584F26" w14:textId="77777777" w:rsidR="0096220A" w:rsidRPr="00A01312" w:rsidRDefault="00000000">
      <w:pPr>
        <w:jc w:val="both"/>
        <w:rPr>
          <w:sz w:val="24"/>
          <w:szCs w:val="24"/>
          <w:lang w:val="hr-HR"/>
        </w:rPr>
      </w:pPr>
      <w:r w:rsidRPr="00A01312">
        <w:rPr>
          <w:sz w:val="24"/>
          <w:szCs w:val="24"/>
          <w:lang w:val="hr-HR"/>
        </w:rPr>
        <w:t>(3) Povjerenstvo sastavlja zapisnik o otvaranju, pregledu i ocjeni ponuda kojim nadležnom tijelu Škole predlaže donošenje odluke o odabiru odnosno odluke o poništenju postupka, sukladno kriterijima za odabir ponude.</w:t>
      </w:r>
    </w:p>
    <w:p w14:paraId="4DE14430" w14:textId="77777777" w:rsidR="0096220A" w:rsidRPr="00A01312" w:rsidRDefault="00000000">
      <w:pPr>
        <w:jc w:val="both"/>
        <w:rPr>
          <w:sz w:val="24"/>
          <w:szCs w:val="24"/>
          <w:lang w:val="hr-HR"/>
        </w:rPr>
      </w:pPr>
      <w:r w:rsidRPr="00A01312">
        <w:rPr>
          <w:sz w:val="24"/>
          <w:szCs w:val="24"/>
          <w:lang w:val="hr-HR"/>
        </w:rPr>
        <w:t>(4) Za pravovaljani odabir ponude dovoljna je jedna valjana ponuda koja udovoljava svim uvjetima i zahtjevima navedenim u pozivu za dostavu ponuda.</w:t>
      </w:r>
    </w:p>
    <w:p w14:paraId="5601C80B" w14:textId="77777777" w:rsidR="0096220A" w:rsidRPr="00A01312" w:rsidRDefault="00000000">
      <w:pPr>
        <w:spacing w:before="160" w:after="160"/>
        <w:jc w:val="center"/>
        <w:rPr>
          <w:b/>
          <w:bCs/>
          <w:sz w:val="24"/>
          <w:szCs w:val="24"/>
          <w:lang w:val="hr-HR"/>
        </w:rPr>
      </w:pPr>
      <w:r w:rsidRPr="00A01312">
        <w:rPr>
          <w:b/>
          <w:bCs/>
          <w:sz w:val="24"/>
          <w:szCs w:val="24"/>
          <w:lang w:val="hr-HR"/>
        </w:rPr>
        <w:t>Članak 14.</w:t>
      </w:r>
    </w:p>
    <w:p w14:paraId="5F0B17B5" w14:textId="38E4586D" w:rsidR="0096220A" w:rsidRPr="00A01312" w:rsidRDefault="00000000" w:rsidP="00DD49FF">
      <w:pPr>
        <w:jc w:val="both"/>
        <w:rPr>
          <w:sz w:val="24"/>
          <w:szCs w:val="24"/>
          <w:lang w:val="hr-HR"/>
        </w:rPr>
      </w:pPr>
      <w:r w:rsidRPr="00A01312">
        <w:rPr>
          <w:sz w:val="24"/>
          <w:szCs w:val="24"/>
          <w:lang w:val="hr-HR"/>
        </w:rPr>
        <w:t>(1) O otvaranju, pregledu i ocjeni ponuda Povjerenstvo sastavlja Zapisnik koji sadrži: naziv i sjedište Škole, naziv predmeta nabave, procijenjenu vrijednost nabave, rok za dostavu ponuda, datum i sat pregleda i ocjene, imena članova povjerenstva, naziv i sjedište</w:t>
      </w:r>
      <w:r w:rsidR="00DD49FF" w:rsidRPr="00A01312">
        <w:rPr>
          <w:sz w:val="24"/>
          <w:szCs w:val="24"/>
          <w:lang w:val="hr-HR"/>
        </w:rPr>
        <w:t xml:space="preserve"> </w:t>
      </w:r>
      <w:r w:rsidRPr="00A01312">
        <w:rPr>
          <w:sz w:val="24"/>
          <w:szCs w:val="24"/>
          <w:lang w:val="hr-HR"/>
        </w:rPr>
        <w:t xml:space="preserve">ponuditelja, cijenu ponude bez PDV-a i s PDV-om (osim u slučaju ekonomski najpovoljnije ponude kada cijena nije jedini kriterij), podatke o pojašnjenju i/ili upotpunjavanju, ispunjenje uvjeta i zahtjeva iz </w:t>
      </w:r>
      <w:r w:rsidR="003E45B1">
        <w:rPr>
          <w:sz w:val="24"/>
          <w:szCs w:val="24"/>
          <w:lang w:val="hr-HR"/>
        </w:rPr>
        <w:t>zahtjeva za dostavu ponuda</w:t>
      </w:r>
      <w:r w:rsidRPr="00A01312">
        <w:rPr>
          <w:sz w:val="24"/>
          <w:szCs w:val="24"/>
          <w:lang w:val="hr-HR"/>
        </w:rPr>
        <w:t>, prikaz valjanosti ponuda, razloge za odbijanje ponuda uz obrazloženje, analizu i rangiranje valjanih ponuda te prijedlog za donošenje odluke o odabiru, odnosno o poništenju postupka.</w:t>
      </w:r>
    </w:p>
    <w:p w14:paraId="479976D6" w14:textId="77777777" w:rsidR="0096220A" w:rsidRPr="00A01312" w:rsidRDefault="00000000">
      <w:pPr>
        <w:jc w:val="both"/>
        <w:rPr>
          <w:sz w:val="24"/>
          <w:szCs w:val="24"/>
          <w:lang w:val="hr-HR"/>
        </w:rPr>
      </w:pPr>
      <w:r w:rsidRPr="00A01312">
        <w:rPr>
          <w:sz w:val="24"/>
          <w:szCs w:val="24"/>
          <w:lang w:val="hr-HR"/>
        </w:rPr>
        <w:t>(2) Ako se postupak jednostavne nabave provodi putem EOJN RH, zapisnik se sastavlja, pohranjuje ili evidentira u skladu s funkcionalnostima EOJN RH.</w:t>
      </w:r>
    </w:p>
    <w:p w14:paraId="6570C1C9" w14:textId="6CEA2D36" w:rsidR="0096220A" w:rsidRPr="00A01312" w:rsidRDefault="00000000">
      <w:pPr>
        <w:jc w:val="both"/>
        <w:rPr>
          <w:sz w:val="24"/>
          <w:szCs w:val="24"/>
          <w:lang w:val="hr-HR"/>
        </w:rPr>
      </w:pPr>
      <w:r w:rsidRPr="00A01312">
        <w:rPr>
          <w:sz w:val="24"/>
          <w:szCs w:val="24"/>
          <w:lang w:val="hr-HR"/>
        </w:rPr>
        <w:t>(3) Zapisnik potpisuju članovi Povjerenstva. Ako se zapisnik izrađuje ili potvr</w:t>
      </w:r>
      <w:r w:rsidR="00DD49FF" w:rsidRPr="00A01312">
        <w:rPr>
          <w:sz w:val="24"/>
          <w:szCs w:val="24"/>
          <w:lang w:val="hr-HR"/>
        </w:rPr>
        <w:t>đ</w:t>
      </w:r>
      <w:r w:rsidRPr="00A01312">
        <w:rPr>
          <w:sz w:val="24"/>
          <w:szCs w:val="24"/>
          <w:lang w:val="hr-HR"/>
        </w:rPr>
        <w:t>uje u EOJN RH, potpisivanje se provodi na način koji omogućuje EOJN RH.</w:t>
      </w:r>
    </w:p>
    <w:p w14:paraId="31C73840" w14:textId="77777777" w:rsidR="0096220A" w:rsidRPr="00A01312" w:rsidRDefault="00000000">
      <w:pPr>
        <w:jc w:val="both"/>
        <w:rPr>
          <w:sz w:val="24"/>
          <w:szCs w:val="24"/>
          <w:lang w:val="hr-HR"/>
        </w:rPr>
      </w:pPr>
      <w:r w:rsidRPr="00A01312">
        <w:rPr>
          <w:sz w:val="24"/>
          <w:szCs w:val="24"/>
          <w:lang w:val="hr-HR"/>
        </w:rPr>
        <w:t>(4) Zapisnik o pregledu i ocjeni ponuda čuva se u dokumentaciji postupka jednostavne nabave, zajedno s ponudama, pojašnjenjima, dokazima, odlukama i drugom dokumentacijom postupka.</w:t>
      </w:r>
    </w:p>
    <w:p w14:paraId="42C5CF3C" w14:textId="77777777" w:rsidR="0096220A" w:rsidRPr="00A01312" w:rsidRDefault="00000000">
      <w:pPr>
        <w:spacing w:before="160" w:after="160"/>
        <w:jc w:val="center"/>
        <w:rPr>
          <w:b/>
          <w:bCs/>
          <w:sz w:val="24"/>
          <w:szCs w:val="24"/>
          <w:lang w:val="hr-HR"/>
        </w:rPr>
      </w:pPr>
      <w:r w:rsidRPr="00A01312">
        <w:rPr>
          <w:b/>
          <w:bCs/>
          <w:sz w:val="24"/>
          <w:szCs w:val="24"/>
          <w:lang w:val="hr-HR"/>
        </w:rPr>
        <w:t>Članak 15.</w:t>
      </w:r>
    </w:p>
    <w:p w14:paraId="39ABFE6C" w14:textId="77777777" w:rsidR="0096220A" w:rsidRPr="00A01312" w:rsidRDefault="00000000">
      <w:pPr>
        <w:jc w:val="both"/>
        <w:rPr>
          <w:sz w:val="24"/>
          <w:szCs w:val="24"/>
          <w:lang w:val="hr-HR"/>
        </w:rPr>
      </w:pPr>
      <w:r w:rsidRPr="00A01312">
        <w:rPr>
          <w:sz w:val="24"/>
          <w:szCs w:val="24"/>
          <w:lang w:val="hr-HR"/>
        </w:rPr>
        <w:t>(1) Kriterij za odabir ponude je najniža cijena ili ekonomski najpovoljnija ponuda.</w:t>
      </w:r>
    </w:p>
    <w:p w14:paraId="164C55F8" w14:textId="77777777" w:rsidR="0096220A" w:rsidRPr="00A01312" w:rsidRDefault="00000000">
      <w:pPr>
        <w:jc w:val="both"/>
        <w:rPr>
          <w:sz w:val="24"/>
          <w:szCs w:val="24"/>
          <w:lang w:val="hr-HR"/>
        </w:rPr>
      </w:pPr>
      <w:r w:rsidRPr="00A01312">
        <w:rPr>
          <w:sz w:val="24"/>
          <w:szCs w:val="24"/>
          <w:lang w:val="hr-HR"/>
        </w:rPr>
        <w:lastRenderedPageBreak/>
        <w:t>(2) Ako je kriterij odabira ekonomski najpovoljnija ponuda, osim kriterija cijene mogu se koristiti i, primjerice, kriterij kvalitete, tehničke prednosti, estetske i funkcionalne osobine, ekološke osobine, operativni troškovi, ekonomičnost, datum isporuke, rok isporuke ili izvršenja i drugi kriteriji povezani s predmetom nabave, a u zapisniku koji se dostavlja nadležnom tijelu Škole potrebno je obrazložiti prijedlog odabira ponude.</w:t>
      </w:r>
    </w:p>
    <w:p w14:paraId="098AD1AE" w14:textId="77777777" w:rsidR="0096220A" w:rsidRPr="00A01312" w:rsidRDefault="00000000">
      <w:pPr>
        <w:jc w:val="both"/>
        <w:rPr>
          <w:sz w:val="24"/>
          <w:szCs w:val="24"/>
          <w:lang w:val="hr-HR"/>
        </w:rPr>
      </w:pPr>
      <w:r w:rsidRPr="00A01312">
        <w:rPr>
          <w:sz w:val="24"/>
          <w:szCs w:val="24"/>
          <w:lang w:val="hr-HR"/>
        </w:rPr>
        <w:t>(3) Kriterije za odabir iz stavka 2. ovog članka donosi Povjerenstvo.</w:t>
      </w:r>
    </w:p>
    <w:p w14:paraId="2D9AB7BC" w14:textId="77777777" w:rsidR="0096220A" w:rsidRPr="00A01312" w:rsidRDefault="00000000">
      <w:pPr>
        <w:spacing w:before="160" w:after="160"/>
        <w:jc w:val="center"/>
        <w:rPr>
          <w:b/>
          <w:bCs/>
          <w:sz w:val="24"/>
          <w:szCs w:val="24"/>
          <w:lang w:val="hr-HR"/>
        </w:rPr>
      </w:pPr>
      <w:r w:rsidRPr="00A01312">
        <w:rPr>
          <w:b/>
          <w:bCs/>
          <w:sz w:val="24"/>
          <w:szCs w:val="24"/>
          <w:lang w:val="hr-HR"/>
        </w:rPr>
        <w:t>Članak 16.</w:t>
      </w:r>
    </w:p>
    <w:p w14:paraId="238771A1" w14:textId="6023FCE0" w:rsidR="0096220A" w:rsidRPr="00A01312" w:rsidRDefault="00000000">
      <w:pPr>
        <w:jc w:val="both"/>
        <w:rPr>
          <w:sz w:val="24"/>
          <w:szCs w:val="24"/>
          <w:lang w:val="hr-HR"/>
        </w:rPr>
      </w:pPr>
      <w:r w:rsidRPr="00A01312">
        <w:rPr>
          <w:sz w:val="24"/>
          <w:szCs w:val="24"/>
          <w:lang w:val="hr-HR"/>
        </w:rPr>
        <w:t>(1) Odluku o odabiru ili odluku o poništenju postupka, na prijedlog Povjerenstva, donosi nadležno tijelo Škole u skladu sa Statutom Škole i drugim važećim aktima kojima su ure</w:t>
      </w:r>
      <w:r w:rsidR="00DD49FF" w:rsidRPr="00A01312">
        <w:rPr>
          <w:sz w:val="24"/>
          <w:szCs w:val="24"/>
          <w:lang w:val="hr-HR"/>
        </w:rPr>
        <w:t>đ</w:t>
      </w:r>
      <w:r w:rsidRPr="00A01312">
        <w:rPr>
          <w:sz w:val="24"/>
          <w:szCs w:val="24"/>
          <w:lang w:val="hr-HR"/>
        </w:rPr>
        <w:t>ene ovlasti ravnatelja, Školskog odbora i Osnivača.</w:t>
      </w:r>
    </w:p>
    <w:p w14:paraId="0C748D68" w14:textId="77777777" w:rsidR="002F3B64" w:rsidRPr="00A01312" w:rsidRDefault="00000000">
      <w:pPr>
        <w:jc w:val="both"/>
        <w:rPr>
          <w:sz w:val="24"/>
          <w:szCs w:val="24"/>
          <w:lang w:val="hr-HR"/>
        </w:rPr>
      </w:pPr>
      <w:r w:rsidRPr="00A01312">
        <w:rPr>
          <w:sz w:val="24"/>
          <w:szCs w:val="24"/>
          <w:lang w:val="hr-HR"/>
        </w:rPr>
        <w:t xml:space="preserve">(2) </w:t>
      </w:r>
      <w:r w:rsidRPr="00B41114">
        <w:rPr>
          <w:b/>
          <w:bCs/>
          <w:sz w:val="24"/>
          <w:szCs w:val="24"/>
          <w:lang w:val="hr-HR"/>
        </w:rPr>
        <w:t>Odluka o odabiru ponude sadrži</w:t>
      </w:r>
      <w:r w:rsidRPr="00A01312">
        <w:rPr>
          <w:sz w:val="24"/>
          <w:szCs w:val="24"/>
          <w:lang w:val="hr-HR"/>
        </w:rPr>
        <w:t xml:space="preserve">: </w:t>
      </w:r>
    </w:p>
    <w:p w14:paraId="30BA4E06" w14:textId="171926A3" w:rsidR="002F3B64" w:rsidRPr="00A01312" w:rsidRDefault="00000000" w:rsidP="002F3B64">
      <w:pPr>
        <w:pStyle w:val="Odlomakpopisa"/>
        <w:numPr>
          <w:ilvl w:val="0"/>
          <w:numId w:val="13"/>
        </w:numPr>
        <w:jc w:val="both"/>
        <w:rPr>
          <w:sz w:val="24"/>
          <w:szCs w:val="24"/>
          <w:lang w:val="hr-HR"/>
        </w:rPr>
      </w:pPr>
      <w:r w:rsidRPr="00A01312">
        <w:rPr>
          <w:sz w:val="24"/>
          <w:szCs w:val="24"/>
          <w:lang w:val="hr-HR"/>
        </w:rPr>
        <w:t>podatke o</w:t>
      </w:r>
      <w:r w:rsidR="00470469">
        <w:rPr>
          <w:sz w:val="24"/>
          <w:szCs w:val="24"/>
          <w:lang w:val="hr-HR"/>
        </w:rPr>
        <w:t xml:space="preserve"> naručitelju (Školi)</w:t>
      </w:r>
      <w:r w:rsidRPr="00A01312">
        <w:rPr>
          <w:sz w:val="24"/>
          <w:szCs w:val="24"/>
          <w:lang w:val="hr-HR"/>
        </w:rPr>
        <w:t xml:space="preserve">, </w:t>
      </w:r>
    </w:p>
    <w:p w14:paraId="79C58B59" w14:textId="4795ECBC" w:rsidR="002F3B64" w:rsidRPr="00A01312" w:rsidRDefault="00000000" w:rsidP="002F3B64">
      <w:pPr>
        <w:pStyle w:val="Odlomakpopisa"/>
        <w:numPr>
          <w:ilvl w:val="0"/>
          <w:numId w:val="13"/>
        </w:numPr>
        <w:jc w:val="both"/>
        <w:rPr>
          <w:sz w:val="24"/>
          <w:szCs w:val="24"/>
          <w:lang w:val="hr-HR"/>
        </w:rPr>
      </w:pPr>
      <w:r w:rsidRPr="00A01312">
        <w:rPr>
          <w:sz w:val="24"/>
          <w:szCs w:val="24"/>
          <w:lang w:val="hr-HR"/>
        </w:rPr>
        <w:t xml:space="preserve">naziv predmeta nabave, </w:t>
      </w:r>
    </w:p>
    <w:p w14:paraId="02A05802" w14:textId="08D8780A" w:rsidR="002F3B64" w:rsidRPr="00A01312" w:rsidRDefault="00000000" w:rsidP="002F3B64">
      <w:pPr>
        <w:pStyle w:val="Odlomakpopisa"/>
        <w:numPr>
          <w:ilvl w:val="0"/>
          <w:numId w:val="13"/>
        </w:numPr>
        <w:jc w:val="both"/>
        <w:rPr>
          <w:sz w:val="24"/>
          <w:szCs w:val="24"/>
          <w:lang w:val="hr-HR"/>
        </w:rPr>
      </w:pPr>
      <w:r w:rsidRPr="00A01312">
        <w:rPr>
          <w:sz w:val="24"/>
          <w:szCs w:val="24"/>
          <w:lang w:val="hr-HR"/>
        </w:rPr>
        <w:t xml:space="preserve">procijenjenu vrijednost nabave, </w:t>
      </w:r>
    </w:p>
    <w:p w14:paraId="73B96AEF" w14:textId="313D21DB" w:rsidR="002F3B64" w:rsidRPr="00A01312" w:rsidRDefault="00000000" w:rsidP="002F3B64">
      <w:pPr>
        <w:pStyle w:val="Odlomakpopisa"/>
        <w:numPr>
          <w:ilvl w:val="0"/>
          <w:numId w:val="13"/>
        </w:numPr>
        <w:jc w:val="both"/>
        <w:rPr>
          <w:sz w:val="24"/>
          <w:szCs w:val="24"/>
          <w:lang w:val="hr-HR"/>
        </w:rPr>
      </w:pPr>
      <w:r w:rsidRPr="00A01312">
        <w:rPr>
          <w:sz w:val="24"/>
          <w:szCs w:val="24"/>
          <w:lang w:val="hr-HR"/>
        </w:rPr>
        <w:t>podatke o ponuditelju koji je odabran</w:t>
      </w:r>
      <w:r w:rsidR="006477F7">
        <w:rPr>
          <w:sz w:val="24"/>
          <w:szCs w:val="24"/>
          <w:lang w:val="hr-HR"/>
        </w:rPr>
        <w:t xml:space="preserve"> te razloge odabira,</w:t>
      </w:r>
    </w:p>
    <w:p w14:paraId="11A2F9EA" w14:textId="006A4FE6" w:rsidR="002F3B64" w:rsidRPr="00A01312" w:rsidRDefault="00000000" w:rsidP="002F3B64">
      <w:pPr>
        <w:pStyle w:val="Odlomakpopisa"/>
        <w:numPr>
          <w:ilvl w:val="0"/>
          <w:numId w:val="13"/>
        </w:numPr>
        <w:jc w:val="both"/>
        <w:rPr>
          <w:sz w:val="24"/>
          <w:szCs w:val="24"/>
          <w:lang w:val="hr-HR"/>
        </w:rPr>
      </w:pPr>
      <w:r w:rsidRPr="00A01312">
        <w:rPr>
          <w:sz w:val="24"/>
          <w:szCs w:val="24"/>
          <w:lang w:val="hr-HR"/>
        </w:rPr>
        <w:t xml:space="preserve">cijena odabrane ponude, bez PDV-a, iznos PDV-a i cijena ponude s PDV-om, </w:t>
      </w:r>
    </w:p>
    <w:p w14:paraId="02BB4E7A" w14:textId="21CE8BA2" w:rsidR="002F3B64" w:rsidRPr="00A01312" w:rsidRDefault="00000000" w:rsidP="002F3B64">
      <w:pPr>
        <w:pStyle w:val="Odlomakpopisa"/>
        <w:numPr>
          <w:ilvl w:val="0"/>
          <w:numId w:val="13"/>
        </w:numPr>
        <w:jc w:val="both"/>
        <w:rPr>
          <w:sz w:val="24"/>
          <w:szCs w:val="24"/>
          <w:lang w:val="hr-HR"/>
        </w:rPr>
      </w:pPr>
      <w:r w:rsidRPr="00A01312">
        <w:rPr>
          <w:sz w:val="24"/>
          <w:szCs w:val="24"/>
          <w:lang w:val="hr-HR"/>
        </w:rPr>
        <w:t xml:space="preserve">naziv i sjedište ponuditelja čije se ponude odbijaju i razloge odbijanja ponuda, </w:t>
      </w:r>
    </w:p>
    <w:p w14:paraId="1E1EE829" w14:textId="2A884D34" w:rsidR="0096220A" w:rsidRDefault="00000000" w:rsidP="002F3B64">
      <w:pPr>
        <w:pStyle w:val="Odlomakpopisa"/>
        <w:numPr>
          <w:ilvl w:val="0"/>
          <w:numId w:val="13"/>
        </w:numPr>
        <w:jc w:val="both"/>
        <w:rPr>
          <w:sz w:val="24"/>
          <w:szCs w:val="24"/>
          <w:lang w:val="hr-HR"/>
        </w:rPr>
      </w:pPr>
      <w:r w:rsidRPr="00A01312">
        <w:rPr>
          <w:sz w:val="24"/>
          <w:szCs w:val="24"/>
          <w:lang w:val="hr-HR"/>
        </w:rPr>
        <w:t>datum donošenja</w:t>
      </w:r>
      <w:r w:rsidR="006477F7">
        <w:rPr>
          <w:sz w:val="24"/>
          <w:szCs w:val="24"/>
          <w:lang w:val="hr-HR"/>
        </w:rPr>
        <w:t>,</w:t>
      </w:r>
    </w:p>
    <w:p w14:paraId="7914D52A" w14:textId="3C9C64D4" w:rsidR="006477F7" w:rsidRPr="00A01312" w:rsidRDefault="006477F7" w:rsidP="002F3B64">
      <w:pPr>
        <w:pStyle w:val="Odlomakpopisa"/>
        <w:numPr>
          <w:ilvl w:val="0"/>
          <w:numId w:val="13"/>
        </w:numPr>
        <w:jc w:val="both"/>
        <w:rPr>
          <w:sz w:val="24"/>
          <w:szCs w:val="24"/>
          <w:lang w:val="hr-HR"/>
        </w:rPr>
      </w:pPr>
      <w:r>
        <w:rPr>
          <w:sz w:val="24"/>
          <w:szCs w:val="24"/>
          <w:lang w:val="hr-HR"/>
        </w:rPr>
        <w:t>u postupcima jednostavne nabave čije je procijenjena vrijednost veća od 15.000,00 eura, uputu o pravu na podnošenje prigovora.</w:t>
      </w:r>
    </w:p>
    <w:p w14:paraId="22BD28FD" w14:textId="649E78A8" w:rsidR="0096220A" w:rsidRDefault="00000000">
      <w:pPr>
        <w:jc w:val="both"/>
        <w:rPr>
          <w:sz w:val="24"/>
          <w:szCs w:val="24"/>
          <w:lang w:val="hr-HR"/>
        </w:rPr>
      </w:pPr>
      <w:r w:rsidRPr="00A01312">
        <w:rPr>
          <w:sz w:val="24"/>
          <w:szCs w:val="24"/>
          <w:lang w:val="hr-HR"/>
        </w:rPr>
        <w:t xml:space="preserve">(3) Odluka o odabiru ponude ili odluka o poništenju postupka jednostavne nabave dostavlja se svim ponuditeljima putem </w:t>
      </w:r>
      <w:r w:rsidR="00C70460">
        <w:rPr>
          <w:sz w:val="24"/>
          <w:szCs w:val="24"/>
          <w:lang w:val="hr-HR"/>
        </w:rPr>
        <w:t>elektroničke pošte</w:t>
      </w:r>
      <w:r w:rsidRPr="00A01312">
        <w:rPr>
          <w:sz w:val="24"/>
          <w:szCs w:val="24"/>
          <w:lang w:val="hr-HR"/>
        </w:rPr>
        <w:t xml:space="preserve"> odnosno putem modula jednostavne nabave u EOJN RH.</w:t>
      </w:r>
    </w:p>
    <w:p w14:paraId="4DDA3F50" w14:textId="4842450F" w:rsidR="0096220A" w:rsidRPr="00A01312" w:rsidRDefault="00000000">
      <w:pPr>
        <w:jc w:val="both"/>
        <w:rPr>
          <w:sz w:val="24"/>
          <w:szCs w:val="24"/>
          <w:lang w:val="hr-HR"/>
        </w:rPr>
      </w:pPr>
      <w:r w:rsidRPr="00A01312">
        <w:rPr>
          <w:sz w:val="24"/>
          <w:szCs w:val="24"/>
          <w:lang w:val="hr-HR"/>
        </w:rPr>
        <w:t>(</w:t>
      </w:r>
      <w:r w:rsidR="007870A4">
        <w:rPr>
          <w:sz w:val="24"/>
          <w:szCs w:val="24"/>
          <w:lang w:val="hr-HR"/>
        </w:rPr>
        <w:t>4</w:t>
      </w:r>
      <w:r w:rsidRPr="00A01312">
        <w:rPr>
          <w:sz w:val="24"/>
          <w:szCs w:val="24"/>
          <w:lang w:val="hr-HR"/>
        </w:rPr>
        <w:t>) Nakon dostave odluke o odabiru svim ponuditeljima te nakon pribavljanja odluke odnosno prethodne suglasnosti Školskog odbora ili Osnivača, kada je ona potrebna prema važećim aktima kojima su ure</w:t>
      </w:r>
      <w:r w:rsidR="00DD49FF" w:rsidRPr="00A01312">
        <w:rPr>
          <w:sz w:val="24"/>
          <w:szCs w:val="24"/>
          <w:lang w:val="hr-HR"/>
        </w:rPr>
        <w:t>đ</w:t>
      </w:r>
      <w:r w:rsidRPr="00A01312">
        <w:rPr>
          <w:sz w:val="24"/>
          <w:szCs w:val="24"/>
          <w:lang w:val="hr-HR"/>
        </w:rPr>
        <w:t>ene njihove ovlasti, ravnatelj Škole izdaje narudžbenicu ili sklapa ugovor s odabranim ponuditeljem.</w:t>
      </w:r>
    </w:p>
    <w:p w14:paraId="116A392E" w14:textId="77777777" w:rsidR="002F3B64" w:rsidRDefault="002F3B64" w:rsidP="002F3B64">
      <w:pPr>
        <w:rPr>
          <w:sz w:val="24"/>
          <w:szCs w:val="24"/>
          <w:lang w:val="hr-HR"/>
        </w:rPr>
      </w:pPr>
    </w:p>
    <w:p w14:paraId="1950E6E8" w14:textId="77777777" w:rsidR="007F1CC0" w:rsidRPr="00A01312" w:rsidRDefault="007F1CC0" w:rsidP="002F3B64">
      <w:pPr>
        <w:rPr>
          <w:sz w:val="24"/>
          <w:szCs w:val="24"/>
          <w:lang w:val="hr-HR"/>
        </w:rPr>
      </w:pPr>
    </w:p>
    <w:p w14:paraId="3262B4B1" w14:textId="448D32E8" w:rsidR="0096220A" w:rsidRPr="00A01312" w:rsidRDefault="002F3B64" w:rsidP="002F3B64">
      <w:pPr>
        <w:rPr>
          <w:sz w:val="24"/>
          <w:szCs w:val="24"/>
          <w:lang w:val="hr-HR"/>
        </w:rPr>
      </w:pPr>
      <w:r w:rsidRPr="00A01312">
        <w:rPr>
          <w:b/>
          <w:sz w:val="24"/>
          <w:szCs w:val="24"/>
          <w:lang w:val="hr-HR"/>
        </w:rPr>
        <w:t>VI. PRAVNA ZAŠTITA</w:t>
      </w:r>
    </w:p>
    <w:p w14:paraId="0FBABF33" w14:textId="77777777" w:rsidR="0096220A" w:rsidRPr="00A01312" w:rsidRDefault="00000000">
      <w:pPr>
        <w:spacing w:before="160" w:after="160"/>
        <w:jc w:val="center"/>
        <w:rPr>
          <w:b/>
          <w:bCs/>
          <w:sz w:val="24"/>
          <w:szCs w:val="24"/>
          <w:lang w:val="hr-HR"/>
        </w:rPr>
      </w:pPr>
      <w:r w:rsidRPr="00A01312">
        <w:rPr>
          <w:b/>
          <w:bCs/>
          <w:sz w:val="24"/>
          <w:szCs w:val="24"/>
          <w:lang w:val="hr-HR"/>
        </w:rPr>
        <w:t>Članak 17.</w:t>
      </w:r>
    </w:p>
    <w:p w14:paraId="0A45B34A" w14:textId="77777777" w:rsidR="0096220A" w:rsidRPr="00400004" w:rsidRDefault="00000000">
      <w:pPr>
        <w:jc w:val="both"/>
        <w:rPr>
          <w:color w:val="000000" w:themeColor="text1"/>
          <w:sz w:val="24"/>
          <w:szCs w:val="24"/>
          <w:lang w:val="hr-HR"/>
        </w:rPr>
      </w:pPr>
      <w:r w:rsidRPr="00400004">
        <w:rPr>
          <w:color w:val="000000" w:themeColor="text1"/>
          <w:sz w:val="24"/>
          <w:szCs w:val="24"/>
          <w:lang w:val="hr-HR"/>
        </w:rPr>
        <w:t>(1) Za postupke jednostavne nabave procijenjene vrijednosti manje od 15.000,00 eura (bez PDV-a) nije dozvoljeno podnošenje prigovora ravnatelju Škole.</w:t>
      </w:r>
    </w:p>
    <w:p w14:paraId="2EFBD45B" w14:textId="53E5EB0A" w:rsidR="0096220A" w:rsidRPr="00400004" w:rsidRDefault="00000000">
      <w:pPr>
        <w:jc w:val="both"/>
        <w:rPr>
          <w:color w:val="000000" w:themeColor="text1"/>
          <w:sz w:val="24"/>
          <w:szCs w:val="24"/>
          <w:lang w:val="hr-HR"/>
        </w:rPr>
      </w:pPr>
      <w:r w:rsidRPr="00400004">
        <w:rPr>
          <w:color w:val="000000" w:themeColor="text1"/>
          <w:sz w:val="24"/>
          <w:szCs w:val="24"/>
          <w:lang w:val="hr-HR"/>
        </w:rPr>
        <w:t>(2) Za jednostavne nabave čija je procijenjena vrijednost veća od 15.000,00 eur</w:t>
      </w:r>
      <w:r w:rsidR="003D0ADC" w:rsidRPr="00400004">
        <w:rPr>
          <w:color w:val="000000" w:themeColor="text1"/>
          <w:sz w:val="24"/>
          <w:szCs w:val="24"/>
          <w:lang w:val="hr-HR"/>
        </w:rPr>
        <w:t>a gospodarski subjekt</w:t>
      </w:r>
      <w:r w:rsidR="006F4FA6" w:rsidRPr="00400004">
        <w:rPr>
          <w:color w:val="000000" w:themeColor="text1"/>
          <w:lang w:val="hr-HR"/>
        </w:rPr>
        <w:t xml:space="preserve"> koji ima ili je imao pravni interes za dobivanje određenog ugovora/narudžbenice o jednostavnoj nabavi i koji je pretrpio ili bi mogao pretrpjeti štetu od navodnog kršenja subjektivnih prava </w:t>
      </w:r>
      <w:r w:rsidRPr="00400004">
        <w:rPr>
          <w:color w:val="000000" w:themeColor="text1"/>
          <w:sz w:val="24"/>
          <w:szCs w:val="24"/>
          <w:lang w:val="hr-HR"/>
        </w:rPr>
        <w:t xml:space="preserve"> ima pravo izjaviti prigovor ravnatelju Škole.</w:t>
      </w:r>
    </w:p>
    <w:p w14:paraId="0E0E82ED" w14:textId="3013FD98" w:rsidR="0096220A" w:rsidRPr="00400004" w:rsidRDefault="00000000">
      <w:pPr>
        <w:jc w:val="both"/>
        <w:rPr>
          <w:color w:val="000000" w:themeColor="text1"/>
          <w:sz w:val="24"/>
          <w:szCs w:val="24"/>
          <w:lang w:val="hr-HR"/>
        </w:rPr>
      </w:pPr>
      <w:r w:rsidRPr="00400004">
        <w:rPr>
          <w:color w:val="000000" w:themeColor="text1"/>
          <w:sz w:val="24"/>
          <w:szCs w:val="24"/>
          <w:lang w:val="hr-HR"/>
        </w:rPr>
        <w:t xml:space="preserve">(3) Prigovor se može podnijeti na sadržaj </w:t>
      </w:r>
      <w:r w:rsidR="00025E36">
        <w:rPr>
          <w:color w:val="000000" w:themeColor="text1"/>
          <w:sz w:val="24"/>
          <w:szCs w:val="24"/>
          <w:lang w:val="hr-HR"/>
        </w:rPr>
        <w:t>zahtjeva</w:t>
      </w:r>
      <w:r w:rsidRPr="00400004">
        <w:rPr>
          <w:color w:val="000000" w:themeColor="text1"/>
          <w:sz w:val="24"/>
          <w:szCs w:val="24"/>
          <w:lang w:val="hr-HR"/>
        </w:rPr>
        <w:t xml:space="preserve"> na dostavu ponuda</w:t>
      </w:r>
      <w:r w:rsidR="00BE420F" w:rsidRPr="00400004">
        <w:rPr>
          <w:color w:val="000000" w:themeColor="text1"/>
          <w:sz w:val="24"/>
          <w:szCs w:val="24"/>
          <w:lang w:val="hr-HR"/>
        </w:rPr>
        <w:t>,</w:t>
      </w:r>
      <w:r w:rsidRPr="00400004">
        <w:rPr>
          <w:color w:val="000000" w:themeColor="text1"/>
          <w:sz w:val="24"/>
          <w:szCs w:val="24"/>
          <w:lang w:val="hr-HR"/>
        </w:rPr>
        <w:t xml:space="preserve">  odluku o odabiru ponude, odluku o poništenju</w:t>
      </w:r>
      <w:r w:rsidR="00BE420F" w:rsidRPr="00400004">
        <w:rPr>
          <w:color w:val="000000" w:themeColor="text1"/>
          <w:sz w:val="24"/>
          <w:szCs w:val="24"/>
          <w:lang w:val="hr-HR"/>
        </w:rPr>
        <w:t>, te izmjene sklopljenog ugovora</w:t>
      </w:r>
      <w:r w:rsidRPr="00400004">
        <w:rPr>
          <w:color w:val="000000" w:themeColor="text1"/>
          <w:sz w:val="24"/>
          <w:szCs w:val="24"/>
          <w:lang w:val="hr-HR"/>
        </w:rPr>
        <w:t xml:space="preserve"> postupka jednostavne nabave</w:t>
      </w:r>
      <w:r w:rsidR="005B497A" w:rsidRPr="00400004">
        <w:rPr>
          <w:color w:val="000000" w:themeColor="text1"/>
          <w:sz w:val="24"/>
          <w:szCs w:val="24"/>
          <w:lang w:val="hr-HR"/>
        </w:rPr>
        <w:t>.</w:t>
      </w:r>
    </w:p>
    <w:p w14:paraId="416FC0E1" w14:textId="041908D6" w:rsidR="00F577EC" w:rsidRPr="00400004" w:rsidRDefault="00000000">
      <w:pPr>
        <w:jc w:val="both"/>
        <w:rPr>
          <w:color w:val="000000" w:themeColor="text1"/>
          <w:sz w:val="24"/>
          <w:szCs w:val="24"/>
          <w:lang w:val="hr-HR"/>
        </w:rPr>
      </w:pPr>
      <w:r w:rsidRPr="00400004">
        <w:rPr>
          <w:color w:val="000000" w:themeColor="text1"/>
          <w:sz w:val="24"/>
          <w:szCs w:val="24"/>
          <w:lang w:val="hr-HR"/>
        </w:rPr>
        <w:t>(4) Prigovor se podnosi</w:t>
      </w:r>
      <w:r w:rsidR="000E3066" w:rsidRPr="00400004">
        <w:rPr>
          <w:color w:val="000000" w:themeColor="text1"/>
          <w:sz w:val="24"/>
          <w:szCs w:val="24"/>
          <w:lang w:val="hr-HR"/>
        </w:rPr>
        <w:t xml:space="preserve"> isključivo</w:t>
      </w:r>
      <w:r w:rsidRPr="00400004">
        <w:rPr>
          <w:color w:val="000000" w:themeColor="text1"/>
          <w:sz w:val="24"/>
          <w:szCs w:val="24"/>
          <w:lang w:val="hr-HR"/>
        </w:rPr>
        <w:t xml:space="preserve"> putem modula jednostavne nabave EOJN RH, u roku od </w:t>
      </w:r>
      <w:r w:rsidR="00C208B4" w:rsidRPr="00400004">
        <w:rPr>
          <w:b/>
          <w:bCs/>
          <w:color w:val="000000" w:themeColor="text1"/>
          <w:sz w:val="24"/>
          <w:szCs w:val="24"/>
          <w:lang w:val="hr-HR"/>
        </w:rPr>
        <w:t>5</w:t>
      </w:r>
      <w:r w:rsidRPr="00400004">
        <w:rPr>
          <w:b/>
          <w:bCs/>
          <w:color w:val="000000" w:themeColor="text1"/>
          <w:sz w:val="24"/>
          <w:szCs w:val="24"/>
          <w:lang w:val="hr-HR"/>
        </w:rPr>
        <w:t xml:space="preserve"> dana</w:t>
      </w:r>
      <w:r w:rsidRPr="00400004">
        <w:rPr>
          <w:color w:val="000000" w:themeColor="text1"/>
          <w:sz w:val="24"/>
          <w:szCs w:val="24"/>
          <w:lang w:val="hr-HR"/>
        </w:rPr>
        <w:t xml:space="preserve"> od dana </w:t>
      </w:r>
      <w:r w:rsidR="00556E67" w:rsidRPr="00400004">
        <w:rPr>
          <w:color w:val="000000" w:themeColor="text1"/>
          <w:sz w:val="24"/>
          <w:szCs w:val="24"/>
          <w:lang w:val="hr-HR"/>
        </w:rPr>
        <w:t>objave</w:t>
      </w:r>
      <w:r w:rsidRPr="00400004">
        <w:rPr>
          <w:color w:val="000000" w:themeColor="text1"/>
          <w:sz w:val="24"/>
          <w:szCs w:val="24"/>
          <w:lang w:val="hr-HR"/>
        </w:rPr>
        <w:t xml:space="preserve"> odluke o odabiru ponude, odnosno</w:t>
      </w:r>
      <w:r w:rsidR="005B069D" w:rsidRPr="00400004">
        <w:rPr>
          <w:color w:val="000000" w:themeColor="text1"/>
          <w:sz w:val="24"/>
          <w:szCs w:val="24"/>
          <w:lang w:val="hr-HR"/>
        </w:rPr>
        <w:t xml:space="preserve"> </w:t>
      </w:r>
      <w:r w:rsidR="005B497A" w:rsidRPr="00400004">
        <w:rPr>
          <w:color w:val="000000" w:themeColor="text1"/>
          <w:sz w:val="24"/>
          <w:szCs w:val="24"/>
          <w:lang w:val="hr-HR"/>
        </w:rPr>
        <w:t>odluk</w:t>
      </w:r>
      <w:r w:rsidR="00BE420F" w:rsidRPr="00400004">
        <w:rPr>
          <w:color w:val="000000" w:themeColor="text1"/>
          <w:sz w:val="24"/>
          <w:szCs w:val="24"/>
          <w:lang w:val="hr-HR"/>
        </w:rPr>
        <w:t>e</w:t>
      </w:r>
      <w:r w:rsidR="005B497A" w:rsidRPr="00400004">
        <w:rPr>
          <w:color w:val="000000" w:themeColor="text1"/>
          <w:sz w:val="24"/>
          <w:szCs w:val="24"/>
          <w:lang w:val="hr-HR"/>
        </w:rPr>
        <w:t xml:space="preserve"> o</w:t>
      </w:r>
      <w:r w:rsidRPr="00400004">
        <w:rPr>
          <w:color w:val="000000" w:themeColor="text1"/>
          <w:sz w:val="24"/>
          <w:szCs w:val="24"/>
          <w:lang w:val="hr-HR"/>
        </w:rPr>
        <w:t xml:space="preserve"> poništenju postupka</w:t>
      </w:r>
      <w:r w:rsidR="00BE420F" w:rsidRPr="00400004">
        <w:rPr>
          <w:color w:val="000000" w:themeColor="text1"/>
          <w:sz w:val="24"/>
          <w:szCs w:val="24"/>
          <w:lang w:val="hr-HR"/>
        </w:rPr>
        <w:t>, te objave izmjene ugovora u EOJN RH u odnosu na slučajeve i okolnosti kojima se opravdava izmjena ugovora.</w:t>
      </w:r>
    </w:p>
    <w:p w14:paraId="5DC165BC" w14:textId="786AE69E" w:rsidR="0096220A" w:rsidRPr="00400004" w:rsidRDefault="00F577EC">
      <w:pPr>
        <w:jc w:val="both"/>
        <w:rPr>
          <w:color w:val="000000" w:themeColor="text1"/>
          <w:sz w:val="24"/>
          <w:szCs w:val="24"/>
          <w:lang w:val="hr-HR"/>
        </w:rPr>
      </w:pPr>
      <w:r w:rsidRPr="00400004">
        <w:rPr>
          <w:color w:val="000000" w:themeColor="text1"/>
          <w:sz w:val="24"/>
          <w:szCs w:val="24"/>
          <w:lang w:val="hr-HR"/>
        </w:rPr>
        <w:t xml:space="preserve">(5) Gospodarski subjekt ima pravo podnijeti prigovor na sadržaj zahtjeva za dostavu ponuda sukladno stavku 2. ovog članka u roku od 5 dana nakon objave odluke o odabiru ili odluke o poništenju, samo ako je putem modula jednostavne nabave u EOJN RH upozorio </w:t>
      </w:r>
      <w:r w:rsidR="00470469" w:rsidRPr="00400004">
        <w:rPr>
          <w:color w:val="000000" w:themeColor="text1"/>
          <w:sz w:val="24"/>
          <w:szCs w:val="24"/>
          <w:lang w:val="hr-HR"/>
        </w:rPr>
        <w:t>Školu</w:t>
      </w:r>
      <w:r w:rsidRPr="00400004">
        <w:rPr>
          <w:color w:val="000000" w:themeColor="text1"/>
          <w:sz w:val="24"/>
          <w:szCs w:val="24"/>
          <w:lang w:val="hr-HR"/>
        </w:rPr>
        <w:t xml:space="preserve"> na konkretnu nezakonitost najkasnije tijekom drugog dana prije dana isteka roka određenog za </w:t>
      </w:r>
      <w:r w:rsidRPr="00400004">
        <w:rPr>
          <w:color w:val="000000" w:themeColor="text1"/>
          <w:sz w:val="24"/>
          <w:szCs w:val="24"/>
          <w:lang w:val="hr-HR"/>
        </w:rPr>
        <w:lastRenderedPageBreak/>
        <w:t xml:space="preserve">dostavu ponuda i ako </w:t>
      </w:r>
      <w:r w:rsidR="00470469" w:rsidRPr="00400004">
        <w:rPr>
          <w:color w:val="000000" w:themeColor="text1"/>
          <w:sz w:val="24"/>
          <w:szCs w:val="24"/>
          <w:lang w:val="hr-HR"/>
        </w:rPr>
        <w:t>Škola predmetnu nezakonitost nije ispravila najkasnije tijekom jednog dana prije dana isteka roka određenog za dostavu ponuda.</w:t>
      </w:r>
      <w:r w:rsidR="00BE420F" w:rsidRPr="00400004">
        <w:rPr>
          <w:color w:val="000000" w:themeColor="text1"/>
          <w:sz w:val="24"/>
          <w:szCs w:val="24"/>
          <w:lang w:val="hr-HR"/>
        </w:rPr>
        <w:t xml:space="preserve"> </w:t>
      </w:r>
      <w:r w:rsidR="005B069D" w:rsidRPr="00400004">
        <w:rPr>
          <w:color w:val="000000" w:themeColor="text1"/>
          <w:sz w:val="24"/>
          <w:szCs w:val="24"/>
          <w:lang w:val="hr-HR"/>
        </w:rPr>
        <w:t xml:space="preserve"> </w:t>
      </w:r>
      <w:r w:rsidRPr="00400004">
        <w:rPr>
          <w:color w:val="000000" w:themeColor="text1"/>
          <w:sz w:val="24"/>
          <w:szCs w:val="24"/>
          <w:lang w:val="hr-HR"/>
        </w:rPr>
        <w:t xml:space="preserve"> </w:t>
      </w:r>
    </w:p>
    <w:p w14:paraId="210E4F14" w14:textId="09F6F98B" w:rsidR="005B069D" w:rsidRPr="00400004" w:rsidRDefault="005B069D">
      <w:pPr>
        <w:jc w:val="both"/>
        <w:rPr>
          <w:color w:val="000000" w:themeColor="text1"/>
          <w:sz w:val="24"/>
          <w:szCs w:val="24"/>
          <w:lang w:val="hr-HR"/>
        </w:rPr>
      </w:pPr>
      <w:r w:rsidRPr="00400004">
        <w:rPr>
          <w:color w:val="000000" w:themeColor="text1"/>
          <w:sz w:val="24"/>
          <w:szCs w:val="24"/>
          <w:lang w:val="hr-HR"/>
        </w:rPr>
        <w:t>(</w:t>
      </w:r>
      <w:r w:rsidR="00470469" w:rsidRPr="00400004">
        <w:rPr>
          <w:color w:val="000000" w:themeColor="text1"/>
          <w:sz w:val="24"/>
          <w:szCs w:val="24"/>
          <w:lang w:val="hr-HR"/>
        </w:rPr>
        <w:t>6</w:t>
      </w:r>
      <w:r w:rsidRPr="00400004">
        <w:rPr>
          <w:color w:val="000000" w:themeColor="text1"/>
          <w:sz w:val="24"/>
          <w:szCs w:val="24"/>
          <w:lang w:val="hr-HR"/>
        </w:rPr>
        <w:t>) Podnošenje prigovora odgađa sklapanje ugovora ili izdavanje narudžbenice.</w:t>
      </w:r>
    </w:p>
    <w:p w14:paraId="5A0E2C38" w14:textId="7A7D2F80" w:rsidR="00470469" w:rsidRPr="00400004" w:rsidRDefault="00470469">
      <w:pPr>
        <w:jc w:val="both"/>
        <w:rPr>
          <w:color w:val="000000" w:themeColor="text1"/>
          <w:sz w:val="24"/>
          <w:szCs w:val="24"/>
          <w:lang w:val="hr-HR"/>
        </w:rPr>
      </w:pPr>
      <w:r w:rsidRPr="00400004">
        <w:rPr>
          <w:color w:val="000000" w:themeColor="text1"/>
          <w:sz w:val="24"/>
          <w:szCs w:val="24"/>
          <w:lang w:val="hr-HR"/>
        </w:rPr>
        <w:t>(7) Ako tijekom roka za prigovor sustav na poslužitelju EOJN RH postane nedostupan, rok za prigovor produžuje se za onoliko dana koliko je sustav bio nedostupan.</w:t>
      </w:r>
    </w:p>
    <w:p w14:paraId="64B51334" w14:textId="7960C1B3" w:rsidR="00470469" w:rsidRPr="00400004" w:rsidRDefault="00470469">
      <w:pPr>
        <w:jc w:val="both"/>
        <w:rPr>
          <w:color w:val="000000" w:themeColor="text1"/>
          <w:sz w:val="24"/>
          <w:szCs w:val="24"/>
          <w:lang w:val="hr-HR"/>
        </w:rPr>
      </w:pPr>
      <w:r w:rsidRPr="00400004">
        <w:rPr>
          <w:color w:val="000000" w:themeColor="text1"/>
          <w:sz w:val="24"/>
          <w:szCs w:val="24"/>
          <w:lang w:val="hr-HR"/>
        </w:rPr>
        <w:t>(8) Ako je sustav na poslužitelju EOJN RH bio nedostupan samo posljednjeg dana roka za prigovore, rok za prigovore produžuje se do isteka prvog sljedećeg radnog dana.</w:t>
      </w:r>
    </w:p>
    <w:p w14:paraId="1BEF3DA2" w14:textId="580CE565" w:rsidR="00470469" w:rsidRPr="00400004" w:rsidRDefault="00470469">
      <w:pPr>
        <w:jc w:val="both"/>
        <w:rPr>
          <w:color w:val="000000" w:themeColor="text1"/>
          <w:sz w:val="24"/>
          <w:szCs w:val="24"/>
          <w:lang w:val="hr-HR"/>
        </w:rPr>
      </w:pPr>
      <w:r w:rsidRPr="00400004">
        <w:rPr>
          <w:color w:val="000000" w:themeColor="text1"/>
          <w:sz w:val="24"/>
          <w:szCs w:val="24"/>
          <w:lang w:val="hr-HR"/>
        </w:rPr>
        <w:t>(9) Ako posljednji dan roka za podnošenje prigovora pada na državni blagdan, subotu ili nedjelju, rok istječe protekom posljednjeg sata sljedećeg radnog</w:t>
      </w:r>
      <w:r w:rsidR="006E210A" w:rsidRPr="00400004">
        <w:rPr>
          <w:color w:val="000000" w:themeColor="text1"/>
          <w:sz w:val="24"/>
          <w:szCs w:val="24"/>
          <w:lang w:val="hr-HR"/>
        </w:rPr>
        <w:t xml:space="preserve"> dana.</w:t>
      </w:r>
      <w:r w:rsidRPr="00400004">
        <w:rPr>
          <w:color w:val="000000" w:themeColor="text1"/>
          <w:sz w:val="24"/>
          <w:szCs w:val="24"/>
          <w:lang w:val="hr-HR"/>
        </w:rPr>
        <w:t xml:space="preserve"> </w:t>
      </w:r>
    </w:p>
    <w:p w14:paraId="05021DD2" w14:textId="7B023981" w:rsidR="00C2794F" w:rsidRPr="00400004" w:rsidRDefault="00C2794F" w:rsidP="00C2794F">
      <w:pPr>
        <w:pStyle w:val="StandardWeb"/>
        <w:shd w:val="clear" w:color="auto" w:fill="FFFFFF"/>
        <w:spacing w:before="0" w:beforeAutospacing="0" w:after="0" w:afterAutospacing="0"/>
        <w:jc w:val="both"/>
        <w:rPr>
          <w:color w:val="000000" w:themeColor="text1"/>
          <w:sz w:val="20"/>
          <w:szCs w:val="20"/>
        </w:rPr>
      </w:pPr>
      <w:r w:rsidRPr="00400004">
        <w:rPr>
          <w:color w:val="000000" w:themeColor="text1"/>
        </w:rPr>
        <w:t>(10) Prigovor mora sadržavati najmanje:</w:t>
      </w:r>
    </w:p>
    <w:p w14:paraId="3D3EAFAC" w14:textId="77777777" w:rsidR="00C2794F" w:rsidRPr="00400004" w:rsidRDefault="00C2794F" w:rsidP="00C2794F">
      <w:pPr>
        <w:pStyle w:val="StandardWeb"/>
        <w:shd w:val="clear" w:color="auto" w:fill="FFFFFF"/>
        <w:spacing w:before="0" w:beforeAutospacing="0" w:after="0" w:afterAutospacing="0"/>
        <w:ind w:firstLine="1021"/>
        <w:jc w:val="both"/>
        <w:rPr>
          <w:color w:val="000000" w:themeColor="text1"/>
          <w:sz w:val="20"/>
          <w:szCs w:val="20"/>
        </w:rPr>
      </w:pPr>
      <w:r w:rsidRPr="00400004">
        <w:rPr>
          <w:color w:val="000000" w:themeColor="text1"/>
        </w:rPr>
        <w:t>1. podatke o podnositelju prigovora (naziv ili osobno ime, OIB ili odgovarajući identifikacijski broj, ako je predviđen u nacionalnom zakonodavstvu, adresa sjedišta ili prebivališta),</w:t>
      </w:r>
    </w:p>
    <w:p w14:paraId="28E61DAC" w14:textId="48B1BAFD" w:rsidR="00C2794F" w:rsidRPr="00400004" w:rsidRDefault="00C2794F" w:rsidP="00C2794F">
      <w:pPr>
        <w:pStyle w:val="StandardWeb"/>
        <w:shd w:val="clear" w:color="auto" w:fill="FFFFFF"/>
        <w:spacing w:before="0" w:beforeAutospacing="0" w:after="0" w:afterAutospacing="0"/>
        <w:ind w:firstLine="1021"/>
        <w:jc w:val="both"/>
        <w:rPr>
          <w:color w:val="000000" w:themeColor="text1"/>
          <w:sz w:val="20"/>
          <w:szCs w:val="20"/>
        </w:rPr>
      </w:pPr>
      <w:r w:rsidRPr="00400004">
        <w:rPr>
          <w:color w:val="000000" w:themeColor="text1"/>
        </w:rPr>
        <w:t>2. naziv Škole i oznaku postupka jednostavne nabave (evidencijski broj nabave ili broj objave u EOJN RH i naziv predmeta nabave),</w:t>
      </w:r>
    </w:p>
    <w:p w14:paraId="1F0D0E34" w14:textId="77777777" w:rsidR="00C2794F" w:rsidRPr="00400004" w:rsidRDefault="00C2794F" w:rsidP="00C2794F">
      <w:pPr>
        <w:pStyle w:val="StandardWeb"/>
        <w:shd w:val="clear" w:color="auto" w:fill="FFFFFF"/>
        <w:spacing w:before="0" w:beforeAutospacing="0" w:after="0" w:afterAutospacing="0"/>
        <w:ind w:firstLine="1021"/>
        <w:jc w:val="both"/>
        <w:rPr>
          <w:color w:val="000000" w:themeColor="text1"/>
          <w:sz w:val="20"/>
          <w:szCs w:val="20"/>
        </w:rPr>
      </w:pPr>
      <w:r w:rsidRPr="00400004">
        <w:rPr>
          <w:color w:val="000000" w:themeColor="text1"/>
        </w:rPr>
        <w:t>3. akt na koji se prigovor odnosi,</w:t>
      </w:r>
    </w:p>
    <w:p w14:paraId="52E695A4" w14:textId="77777777" w:rsidR="00C2794F" w:rsidRPr="00400004" w:rsidRDefault="00C2794F" w:rsidP="00C2794F">
      <w:pPr>
        <w:pStyle w:val="StandardWeb"/>
        <w:shd w:val="clear" w:color="auto" w:fill="FFFFFF"/>
        <w:spacing w:before="0" w:beforeAutospacing="0" w:after="0" w:afterAutospacing="0"/>
        <w:ind w:firstLine="1021"/>
        <w:jc w:val="both"/>
        <w:rPr>
          <w:color w:val="000000" w:themeColor="text1"/>
          <w:sz w:val="20"/>
          <w:szCs w:val="20"/>
        </w:rPr>
      </w:pPr>
      <w:r w:rsidRPr="00400004">
        <w:rPr>
          <w:color w:val="000000" w:themeColor="text1"/>
        </w:rPr>
        <w:t>4. kratko obrazloženje činjenica i navoda na kojima se prigovor temelji (opis eventualnih nepravilnosti i obrazloženje) i dokaze kojima se te činjenice utvrđuju,</w:t>
      </w:r>
    </w:p>
    <w:p w14:paraId="7307899E" w14:textId="77777777" w:rsidR="00C2794F" w:rsidRPr="00400004" w:rsidRDefault="00C2794F" w:rsidP="00C2794F">
      <w:pPr>
        <w:pStyle w:val="StandardWeb"/>
        <w:shd w:val="clear" w:color="auto" w:fill="FFFFFF"/>
        <w:spacing w:before="0" w:beforeAutospacing="0" w:after="0" w:afterAutospacing="0"/>
        <w:ind w:firstLine="1021"/>
        <w:jc w:val="both"/>
        <w:rPr>
          <w:color w:val="000000" w:themeColor="text1"/>
          <w:sz w:val="20"/>
          <w:szCs w:val="20"/>
        </w:rPr>
      </w:pPr>
      <w:r w:rsidRPr="00400004">
        <w:rPr>
          <w:color w:val="000000" w:themeColor="text1"/>
        </w:rPr>
        <w:t>5. što se prigovorom zahtijeva.</w:t>
      </w:r>
    </w:p>
    <w:p w14:paraId="033778D3" w14:textId="40F254AC" w:rsidR="00C2794F" w:rsidRPr="00400004" w:rsidRDefault="00C2794F" w:rsidP="00C2794F">
      <w:pPr>
        <w:pStyle w:val="StandardWeb"/>
        <w:shd w:val="clear" w:color="auto" w:fill="FFFFFF"/>
        <w:spacing w:before="0" w:beforeAutospacing="0" w:after="0" w:afterAutospacing="0"/>
        <w:jc w:val="both"/>
        <w:rPr>
          <w:color w:val="000000" w:themeColor="text1"/>
          <w:sz w:val="20"/>
          <w:szCs w:val="20"/>
        </w:rPr>
      </w:pPr>
      <w:r w:rsidRPr="00400004">
        <w:rPr>
          <w:color w:val="000000" w:themeColor="text1"/>
        </w:rPr>
        <w:t xml:space="preserve">(11) Ako prigovor sadržava kakav nedostatak koji onemogućuje postupanje po prigovoru, odnosno ako je nerazumljiv ili nepotpun, Škola će putem Modula jednostavne nabave pozvati podnositelja prigovora da u roku od 3 dana od poziva otkloni nedostatak, uz upozorenje na pravne posljedice iz članka 17. </w:t>
      </w:r>
      <w:r w:rsidR="00400004" w:rsidRPr="00400004">
        <w:rPr>
          <w:color w:val="000000" w:themeColor="text1"/>
        </w:rPr>
        <w:t xml:space="preserve">a </w:t>
      </w:r>
      <w:r w:rsidRPr="00400004">
        <w:rPr>
          <w:color w:val="000000" w:themeColor="text1"/>
        </w:rPr>
        <w:t>stavk</w:t>
      </w:r>
      <w:r w:rsidR="00400004" w:rsidRPr="00400004">
        <w:rPr>
          <w:color w:val="000000" w:themeColor="text1"/>
        </w:rPr>
        <w:t>a</w:t>
      </w:r>
      <w:r w:rsidRPr="00400004">
        <w:rPr>
          <w:color w:val="000000" w:themeColor="text1"/>
        </w:rPr>
        <w:t xml:space="preserve"> 2. ov</w:t>
      </w:r>
      <w:r w:rsidR="00400004" w:rsidRPr="00400004">
        <w:rPr>
          <w:color w:val="000000" w:themeColor="text1"/>
        </w:rPr>
        <w:t>og Pravilnika</w:t>
      </w:r>
      <w:r w:rsidRPr="00400004">
        <w:rPr>
          <w:color w:val="000000" w:themeColor="text1"/>
        </w:rPr>
        <w:t>.</w:t>
      </w:r>
    </w:p>
    <w:p w14:paraId="0222E509" w14:textId="3659802B" w:rsidR="00C2794F" w:rsidRPr="00400004" w:rsidRDefault="00400004" w:rsidP="00400004">
      <w:pPr>
        <w:pStyle w:val="StandardWeb"/>
        <w:shd w:val="clear" w:color="auto" w:fill="FFFFFF"/>
        <w:spacing w:before="0" w:beforeAutospacing="0" w:after="0" w:afterAutospacing="0"/>
        <w:jc w:val="both"/>
        <w:rPr>
          <w:color w:val="000000" w:themeColor="text1"/>
          <w:sz w:val="20"/>
          <w:szCs w:val="20"/>
        </w:rPr>
      </w:pPr>
      <w:r w:rsidRPr="00400004">
        <w:rPr>
          <w:color w:val="000000" w:themeColor="text1"/>
        </w:rPr>
        <w:t xml:space="preserve">(12) </w:t>
      </w:r>
      <w:r w:rsidR="00C2794F" w:rsidRPr="00400004">
        <w:rPr>
          <w:color w:val="000000" w:themeColor="text1"/>
        </w:rPr>
        <w:t xml:space="preserve"> Prigovor koji nije dostavljen putem modula jednostavne nabave u EOJN RH odbacit će se</w:t>
      </w:r>
      <w:r w:rsidRPr="00400004">
        <w:rPr>
          <w:color w:val="000000" w:themeColor="text1"/>
        </w:rPr>
        <w:t>.</w:t>
      </w:r>
    </w:p>
    <w:p w14:paraId="1AE78E18" w14:textId="6153E52E" w:rsidR="00400004" w:rsidRPr="00400004" w:rsidRDefault="00400004" w:rsidP="00400004">
      <w:pPr>
        <w:spacing w:before="160" w:after="160"/>
        <w:jc w:val="center"/>
        <w:rPr>
          <w:b/>
          <w:bCs/>
          <w:color w:val="000000" w:themeColor="text1"/>
          <w:sz w:val="24"/>
          <w:szCs w:val="24"/>
          <w:lang w:val="hr-HR"/>
        </w:rPr>
      </w:pPr>
      <w:r w:rsidRPr="00400004">
        <w:rPr>
          <w:b/>
          <w:bCs/>
          <w:color w:val="000000" w:themeColor="text1"/>
          <w:sz w:val="24"/>
          <w:szCs w:val="24"/>
          <w:lang w:val="hr-HR"/>
        </w:rPr>
        <w:t>Članak 17. a</w:t>
      </w:r>
    </w:p>
    <w:p w14:paraId="2F591D8F" w14:textId="77777777" w:rsidR="00C2794F" w:rsidRPr="00400004" w:rsidRDefault="00C2794F">
      <w:pPr>
        <w:jc w:val="both"/>
        <w:rPr>
          <w:color w:val="000000" w:themeColor="text1"/>
          <w:sz w:val="24"/>
          <w:szCs w:val="24"/>
          <w:lang w:val="hr-HR"/>
        </w:rPr>
      </w:pPr>
    </w:p>
    <w:p w14:paraId="278C86ED" w14:textId="77777777" w:rsidR="00C2794F" w:rsidRPr="00400004" w:rsidRDefault="00C2794F">
      <w:pPr>
        <w:jc w:val="both"/>
        <w:rPr>
          <w:color w:val="000000" w:themeColor="text1"/>
          <w:sz w:val="24"/>
          <w:szCs w:val="24"/>
          <w:lang w:val="hr-HR"/>
        </w:rPr>
      </w:pPr>
    </w:p>
    <w:p w14:paraId="5F68BA82" w14:textId="6A8BF431" w:rsidR="0096220A" w:rsidRPr="00400004" w:rsidRDefault="00000000">
      <w:pPr>
        <w:jc w:val="both"/>
        <w:rPr>
          <w:color w:val="000000" w:themeColor="text1"/>
          <w:sz w:val="24"/>
          <w:szCs w:val="24"/>
          <w:lang w:val="hr-HR"/>
        </w:rPr>
      </w:pPr>
      <w:r w:rsidRPr="00400004">
        <w:rPr>
          <w:color w:val="000000" w:themeColor="text1"/>
          <w:sz w:val="24"/>
          <w:szCs w:val="24"/>
          <w:lang w:val="hr-HR"/>
        </w:rPr>
        <w:t>(</w:t>
      </w:r>
      <w:r w:rsidR="000E3066" w:rsidRPr="00400004">
        <w:rPr>
          <w:color w:val="000000" w:themeColor="text1"/>
          <w:sz w:val="24"/>
          <w:szCs w:val="24"/>
          <w:lang w:val="hr-HR"/>
        </w:rPr>
        <w:t>1</w:t>
      </w:r>
      <w:r w:rsidRPr="00400004">
        <w:rPr>
          <w:color w:val="000000" w:themeColor="text1"/>
          <w:sz w:val="24"/>
          <w:szCs w:val="24"/>
          <w:lang w:val="hr-HR"/>
        </w:rPr>
        <w:t>) Ravnatelj Škole odlučuje o prigovoru rješenjem u roku osam dana od dana izjavljivanja prigovora.</w:t>
      </w:r>
    </w:p>
    <w:p w14:paraId="4FC7E591" w14:textId="17C17DEE" w:rsidR="0096220A" w:rsidRPr="00400004" w:rsidRDefault="00000000">
      <w:pPr>
        <w:jc w:val="both"/>
        <w:rPr>
          <w:color w:val="000000" w:themeColor="text1"/>
          <w:sz w:val="24"/>
          <w:szCs w:val="24"/>
          <w:lang w:val="hr-HR"/>
        </w:rPr>
      </w:pPr>
      <w:r w:rsidRPr="00400004">
        <w:rPr>
          <w:color w:val="000000" w:themeColor="text1"/>
          <w:sz w:val="24"/>
          <w:szCs w:val="24"/>
          <w:lang w:val="hr-HR"/>
        </w:rPr>
        <w:t>(</w:t>
      </w:r>
      <w:r w:rsidR="00400004" w:rsidRPr="00400004">
        <w:rPr>
          <w:color w:val="000000" w:themeColor="text1"/>
          <w:sz w:val="24"/>
          <w:szCs w:val="24"/>
          <w:lang w:val="hr-HR"/>
        </w:rPr>
        <w:t>2</w:t>
      </w:r>
      <w:r w:rsidRPr="00400004">
        <w:rPr>
          <w:color w:val="000000" w:themeColor="text1"/>
          <w:sz w:val="24"/>
          <w:szCs w:val="24"/>
          <w:lang w:val="hr-HR"/>
        </w:rPr>
        <w:t>) Ravnatelj Škole može</w:t>
      </w:r>
      <w:r w:rsidR="006F4FA6" w:rsidRPr="00400004">
        <w:rPr>
          <w:color w:val="000000" w:themeColor="text1"/>
          <w:sz w:val="24"/>
          <w:szCs w:val="24"/>
          <w:lang w:val="hr-HR"/>
        </w:rPr>
        <w:t xml:space="preserve"> obustaviti postupak po izjavljenom prigovoru ako gospodarski subjekt koji je izjavio prigovor odustane od prigovora,</w:t>
      </w:r>
      <w:r w:rsidRPr="00400004">
        <w:rPr>
          <w:color w:val="000000" w:themeColor="text1"/>
          <w:sz w:val="24"/>
          <w:szCs w:val="24"/>
          <w:lang w:val="hr-HR"/>
        </w:rPr>
        <w:t xml:space="preserve"> odbaciti prigovor </w:t>
      </w:r>
      <w:r w:rsidR="006F4FA6" w:rsidRPr="00400004">
        <w:rPr>
          <w:color w:val="000000" w:themeColor="text1"/>
          <w:sz w:val="24"/>
          <w:szCs w:val="24"/>
          <w:lang w:val="hr-HR"/>
        </w:rPr>
        <w:t xml:space="preserve"> koji je nedopušten,</w:t>
      </w:r>
      <w:r w:rsidRPr="00400004">
        <w:rPr>
          <w:color w:val="000000" w:themeColor="text1"/>
          <w:sz w:val="24"/>
          <w:szCs w:val="24"/>
          <w:lang w:val="hr-HR"/>
        </w:rPr>
        <w:t xml:space="preserve"> </w:t>
      </w:r>
      <w:r w:rsidR="006F4FA6" w:rsidRPr="00400004">
        <w:rPr>
          <w:color w:val="000000" w:themeColor="text1"/>
          <w:sz w:val="24"/>
          <w:szCs w:val="24"/>
          <w:lang w:val="hr-HR"/>
        </w:rPr>
        <w:t>ne</w:t>
      </w:r>
      <w:r w:rsidRPr="00400004">
        <w:rPr>
          <w:color w:val="000000" w:themeColor="text1"/>
          <w:sz w:val="24"/>
          <w:szCs w:val="24"/>
          <w:lang w:val="hr-HR"/>
        </w:rPr>
        <w:t>pravodoban</w:t>
      </w:r>
      <w:r w:rsidR="006F4FA6" w:rsidRPr="00400004">
        <w:rPr>
          <w:color w:val="000000" w:themeColor="text1"/>
          <w:sz w:val="24"/>
          <w:szCs w:val="24"/>
          <w:lang w:val="hr-HR"/>
        </w:rPr>
        <w:t xml:space="preserve"> i izjavljen od neovlaštene osobe</w:t>
      </w:r>
      <w:r w:rsidR="000E3066" w:rsidRPr="00400004">
        <w:rPr>
          <w:color w:val="000000" w:themeColor="text1"/>
          <w:sz w:val="24"/>
          <w:szCs w:val="24"/>
          <w:lang w:val="hr-HR"/>
        </w:rPr>
        <w:t xml:space="preserve"> i u kojem nedostaci nisu otklonjeni u za to predviđenom roku, a po prigovoru se ne može postupiti, </w:t>
      </w:r>
      <w:r w:rsidRPr="00400004">
        <w:rPr>
          <w:color w:val="000000" w:themeColor="text1"/>
          <w:sz w:val="24"/>
          <w:szCs w:val="24"/>
          <w:lang w:val="hr-HR"/>
        </w:rPr>
        <w:t xml:space="preserve">odbiti prigovor kao neosnovan, </w:t>
      </w:r>
      <w:r w:rsidR="006F4FA6" w:rsidRPr="00400004">
        <w:rPr>
          <w:color w:val="000000" w:themeColor="text1"/>
          <w:sz w:val="24"/>
          <w:szCs w:val="24"/>
          <w:lang w:val="hr-HR"/>
        </w:rPr>
        <w:t>usvojiti</w:t>
      </w:r>
      <w:r w:rsidRPr="00400004">
        <w:rPr>
          <w:color w:val="000000" w:themeColor="text1"/>
          <w:sz w:val="24"/>
          <w:szCs w:val="24"/>
          <w:lang w:val="hr-HR"/>
        </w:rPr>
        <w:t xml:space="preserve"> prigovor i poništiti </w:t>
      </w:r>
      <w:r w:rsidR="000E3066" w:rsidRPr="00400004">
        <w:rPr>
          <w:color w:val="000000" w:themeColor="text1"/>
          <w:sz w:val="24"/>
          <w:szCs w:val="24"/>
          <w:lang w:val="hr-HR"/>
        </w:rPr>
        <w:t>odluku, postupak ili radnju u dijelu u kojem su zahvaćeni nezakonitošću</w:t>
      </w:r>
      <w:r w:rsidRPr="00400004">
        <w:rPr>
          <w:color w:val="000000" w:themeColor="text1"/>
          <w:sz w:val="24"/>
          <w:szCs w:val="24"/>
          <w:lang w:val="hr-HR"/>
        </w:rPr>
        <w:t>.</w:t>
      </w:r>
    </w:p>
    <w:p w14:paraId="42BECB6F" w14:textId="41F45A86" w:rsidR="0096220A" w:rsidRPr="00400004" w:rsidRDefault="00000000">
      <w:pPr>
        <w:jc w:val="both"/>
        <w:rPr>
          <w:color w:val="000000" w:themeColor="text1"/>
          <w:sz w:val="24"/>
          <w:szCs w:val="24"/>
          <w:lang w:val="hr-HR"/>
        </w:rPr>
      </w:pPr>
      <w:r w:rsidRPr="00400004">
        <w:rPr>
          <w:color w:val="000000" w:themeColor="text1"/>
          <w:sz w:val="24"/>
          <w:szCs w:val="24"/>
          <w:lang w:val="hr-HR"/>
        </w:rPr>
        <w:t>(</w:t>
      </w:r>
      <w:r w:rsidR="00400004" w:rsidRPr="00400004">
        <w:rPr>
          <w:color w:val="000000" w:themeColor="text1"/>
          <w:sz w:val="24"/>
          <w:szCs w:val="24"/>
          <w:lang w:val="hr-HR"/>
        </w:rPr>
        <w:t>3</w:t>
      </w:r>
      <w:r w:rsidRPr="00400004">
        <w:rPr>
          <w:color w:val="000000" w:themeColor="text1"/>
          <w:sz w:val="24"/>
          <w:szCs w:val="24"/>
          <w:lang w:val="hr-HR"/>
        </w:rPr>
        <w:t>) Rješenje o prigovoru dostavlja se podnositelju prigovora elektroničkim sredstvima komunikacije putem modula jednostavne nabave EOJN RH.</w:t>
      </w:r>
    </w:p>
    <w:p w14:paraId="2C8F4069" w14:textId="59641A1B" w:rsidR="0096220A" w:rsidRPr="00400004" w:rsidRDefault="00000000">
      <w:pPr>
        <w:jc w:val="both"/>
        <w:rPr>
          <w:b/>
          <w:bCs/>
          <w:color w:val="000000" w:themeColor="text1"/>
          <w:sz w:val="24"/>
          <w:szCs w:val="24"/>
          <w:lang w:val="hr-HR"/>
        </w:rPr>
      </w:pPr>
      <w:r w:rsidRPr="00400004">
        <w:rPr>
          <w:color w:val="000000" w:themeColor="text1"/>
          <w:sz w:val="24"/>
          <w:szCs w:val="24"/>
          <w:lang w:val="hr-HR"/>
        </w:rPr>
        <w:t>(</w:t>
      </w:r>
      <w:r w:rsidR="00400004" w:rsidRPr="00400004">
        <w:rPr>
          <w:color w:val="000000" w:themeColor="text1"/>
          <w:sz w:val="24"/>
          <w:szCs w:val="24"/>
          <w:lang w:val="hr-HR"/>
        </w:rPr>
        <w:t>4</w:t>
      </w:r>
      <w:r w:rsidRPr="00400004">
        <w:rPr>
          <w:color w:val="000000" w:themeColor="text1"/>
          <w:sz w:val="24"/>
          <w:szCs w:val="24"/>
          <w:lang w:val="hr-HR"/>
        </w:rPr>
        <w:t>) Protiv odluke Ravnatelja donesene povodom prigovora žalba nije dopuštena</w:t>
      </w:r>
      <w:r w:rsidR="00C208B4" w:rsidRPr="00400004">
        <w:rPr>
          <w:color w:val="000000" w:themeColor="text1"/>
          <w:sz w:val="24"/>
          <w:szCs w:val="24"/>
          <w:lang w:val="hr-HR"/>
        </w:rPr>
        <w:t>,</w:t>
      </w:r>
      <w:r w:rsidR="001E46F8" w:rsidRPr="00400004">
        <w:rPr>
          <w:color w:val="000000" w:themeColor="text1"/>
          <w:sz w:val="24"/>
          <w:szCs w:val="24"/>
          <w:lang w:val="hr-HR"/>
        </w:rPr>
        <w:t xml:space="preserve"> </w:t>
      </w:r>
      <w:r w:rsidR="001E46F8" w:rsidRPr="00400004">
        <w:rPr>
          <w:b/>
          <w:bCs/>
          <w:color w:val="000000" w:themeColor="text1"/>
          <w:sz w:val="24"/>
          <w:szCs w:val="24"/>
          <w:lang w:val="hr-HR"/>
        </w:rPr>
        <w:t>ali se može pokrenuti upravni spor pred mjesno nadležnim upravnim sudom u roku od 30 dana od dana dostave odluke o prigovoru.</w:t>
      </w:r>
    </w:p>
    <w:p w14:paraId="0EA6C2E1" w14:textId="3E410250" w:rsidR="0096220A" w:rsidRPr="00400004" w:rsidRDefault="00000000">
      <w:pPr>
        <w:jc w:val="both"/>
        <w:rPr>
          <w:color w:val="000000" w:themeColor="text1"/>
          <w:sz w:val="24"/>
          <w:szCs w:val="24"/>
          <w:lang w:val="hr-HR"/>
        </w:rPr>
      </w:pPr>
      <w:r w:rsidRPr="00400004">
        <w:rPr>
          <w:color w:val="000000" w:themeColor="text1"/>
          <w:sz w:val="24"/>
          <w:szCs w:val="24"/>
          <w:lang w:val="hr-HR"/>
        </w:rPr>
        <w:t>(</w:t>
      </w:r>
      <w:r w:rsidR="00400004" w:rsidRPr="00400004">
        <w:rPr>
          <w:color w:val="000000" w:themeColor="text1"/>
          <w:sz w:val="24"/>
          <w:szCs w:val="24"/>
          <w:lang w:val="hr-HR"/>
        </w:rPr>
        <w:t>5</w:t>
      </w:r>
      <w:r w:rsidRPr="00400004">
        <w:rPr>
          <w:color w:val="000000" w:themeColor="text1"/>
          <w:sz w:val="24"/>
          <w:szCs w:val="24"/>
          <w:lang w:val="hr-HR"/>
        </w:rPr>
        <w:t>) Podnositelju prigovora ne pripada pravo na naknadu troškova u povodu izjavljenog prigovora.</w:t>
      </w:r>
    </w:p>
    <w:p w14:paraId="0F6BE5BB" w14:textId="77777777" w:rsidR="00E56861" w:rsidRPr="00400004" w:rsidRDefault="00E56861">
      <w:pPr>
        <w:jc w:val="both"/>
        <w:rPr>
          <w:color w:val="000000" w:themeColor="text1"/>
          <w:sz w:val="24"/>
          <w:szCs w:val="24"/>
          <w:lang w:val="hr-HR"/>
        </w:rPr>
      </w:pPr>
    </w:p>
    <w:p w14:paraId="23B2697B" w14:textId="77777777" w:rsidR="00E56861" w:rsidRDefault="00E56861">
      <w:pPr>
        <w:jc w:val="both"/>
        <w:rPr>
          <w:sz w:val="24"/>
          <w:szCs w:val="24"/>
          <w:lang w:val="hr-HR"/>
        </w:rPr>
      </w:pPr>
    </w:p>
    <w:p w14:paraId="2E323196" w14:textId="77777777" w:rsidR="00E56861" w:rsidRDefault="00E56861">
      <w:pPr>
        <w:jc w:val="both"/>
        <w:rPr>
          <w:sz w:val="24"/>
          <w:szCs w:val="24"/>
          <w:lang w:val="hr-HR"/>
        </w:rPr>
      </w:pPr>
    </w:p>
    <w:p w14:paraId="4C788E98" w14:textId="77777777" w:rsidR="00D1777A" w:rsidRDefault="00D1777A">
      <w:pPr>
        <w:jc w:val="both"/>
        <w:rPr>
          <w:sz w:val="24"/>
          <w:szCs w:val="24"/>
          <w:lang w:val="hr-HR"/>
        </w:rPr>
      </w:pPr>
    </w:p>
    <w:p w14:paraId="41D0C4AD" w14:textId="77777777" w:rsidR="00D1777A" w:rsidRDefault="00D1777A">
      <w:pPr>
        <w:jc w:val="both"/>
        <w:rPr>
          <w:sz w:val="24"/>
          <w:szCs w:val="24"/>
          <w:lang w:val="hr-HR"/>
        </w:rPr>
      </w:pPr>
    </w:p>
    <w:p w14:paraId="18C2E2A1" w14:textId="77777777" w:rsidR="00E56861" w:rsidRDefault="00E56861">
      <w:pPr>
        <w:jc w:val="both"/>
        <w:rPr>
          <w:sz w:val="24"/>
          <w:szCs w:val="24"/>
          <w:lang w:val="hr-HR"/>
        </w:rPr>
      </w:pPr>
    </w:p>
    <w:p w14:paraId="6211E840" w14:textId="77777777" w:rsidR="00E56861" w:rsidRPr="00A01312" w:rsidRDefault="00E56861">
      <w:pPr>
        <w:jc w:val="both"/>
        <w:rPr>
          <w:sz w:val="24"/>
          <w:szCs w:val="24"/>
          <w:lang w:val="hr-HR"/>
        </w:rPr>
      </w:pPr>
    </w:p>
    <w:p w14:paraId="2E8EF733" w14:textId="77E6C45F" w:rsidR="0096220A" w:rsidRPr="00A01312" w:rsidRDefault="00000000">
      <w:pPr>
        <w:spacing w:before="140" w:after="180"/>
        <w:rPr>
          <w:sz w:val="24"/>
          <w:szCs w:val="24"/>
          <w:lang w:val="hr-HR"/>
        </w:rPr>
      </w:pPr>
      <w:r w:rsidRPr="00A01312">
        <w:rPr>
          <w:b/>
          <w:sz w:val="24"/>
          <w:szCs w:val="24"/>
          <w:lang w:val="hr-HR"/>
        </w:rPr>
        <w:lastRenderedPageBreak/>
        <w:t>VII.</w:t>
      </w:r>
      <w:r w:rsidR="002F3B64" w:rsidRPr="00A01312">
        <w:rPr>
          <w:b/>
          <w:sz w:val="24"/>
          <w:szCs w:val="24"/>
          <w:lang w:val="hr-HR"/>
        </w:rPr>
        <w:t xml:space="preserve"> </w:t>
      </w:r>
      <w:r w:rsidRPr="00A01312">
        <w:rPr>
          <w:b/>
          <w:sz w:val="24"/>
          <w:szCs w:val="24"/>
          <w:lang w:val="hr-HR"/>
        </w:rPr>
        <w:t>PRIJELAZNE I ZAVRŠNE ODREDBE</w:t>
      </w:r>
    </w:p>
    <w:p w14:paraId="3DAE219D" w14:textId="77777777" w:rsidR="0096220A" w:rsidRPr="00A01312" w:rsidRDefault="00000000">
      <w:pPr>
        <w:spacing w:before="160" w:after="160"/>
        <w:jc w:val="center"/>
        <w:rPr>
          <w:b/>
          <w:bCs/>
          <w:sz w:val="24"/>
          <w:szCs w:val="24"/>
          <w:lang w:val="hr-HR"/>
        </w:rPr>
      </w:pPr>
      <w:r w:rsidRPr="00A01312">
        <w:rPr>
          <w:b/>
          <w:bCs/>
          <w:sz w:val="24"/>
          <w:szCs w:val="24"/>
          <w:lang w:val="hr-HR"/>
        </w:rPr>
        <w:t>Članak 18.</w:t>
      </w:r>
    </w:p>
    <w:p w14:paraId="5C4C65D1" w14:textId="77777777" w:rsidR="0096220A" w:rsidRPr="00A01312" w:rsidRDefault="00000000">
      <w:pPr>
        <w:jc w:val="both"/>
        <w:rPr>
          <w:sz w:val="24"/>
          <w:szCs w:val="24"/>
          <w:lang w:val="hr-HR"/>
        </w:rPr>
      </w:pPr>
      <w:r w:rsidRPr="00A01312">
        <w:rPr>
          <w:sz w:val="24"/>
          <w:szCs w:val="24"/>
          <w:lang w:val="hr-HR"/>
        </w:rPr>
        <w:t>Ovaj Pravilnik stupa na snagu osmoga dana od dana objave na oglasnoj ploči Škole, a objavit će se na mrežnoj stranici Škole i u EOJN RH.</w:t>
      </w:r>
    </w:p>
    <w:p w14:paraId="79EADE56" w14:textId="77777777" w:rsidR="0096220A" w:rsidRPr="00A01312" w:rsidRDefault="00000000">
      <w:pPr>
        <w:spacing w:before="160" w:after="160"/>
        <w:jc w:val="center"/>
        <w:rPr>
          <w:b/>
          <w:bCs/>
          <w:sz w:val="24"/>
          <w:szCs w:val="24"/>
          <w:lang w:val="hr-HR"/>
        </w:rPr>
      </w:pPr>
      <w:r w:rsidRPr="00A01312">
        <w:rPr>
          <w:b/>
          <w:bCs/>
          <w:sz w:val="24"/>
          <w:szCs w:val="24"/>
          <w:lang w:val="hr-HR"/>
        </w:rPr>
        <w:t>Članak 19.</w:t>
      </w:r>
    </w:p>
    <w:p w14:paraId="42607A29" w14:textId="77777777" w:rsidR="0096220A" w:rsidRPr="00A01312" w:rsidRDefault="00000000">
      <w:pPr>
        <w:jc w:val="both"/>
        <w:rPr>
          <w:sz w:val="24"/>
          <w:szCs w:val="24"/>
          <w:lang w:val="hr-HR"/>
        </w:rPr>
      </w:pPr>
      <w:r w:rsidRPr="00A01312">
        <w:rPr>
          <w:sz w:val="24"/>
          <w:szCs w:val="24"/>
          <w:lang w:val="hr-HR"/>
        </w:rPr>
        <w:t>Postupci jednostavne nabave započeti prije stupanja na snagu ovoga Pravilnika dovršit će se prema odredbama općeg akta o jednostavnoj nabavi koji je bio na snazi u vrijeme pokretanja postupka.</w:t>
      </w:r>
    </w:p>
    <w:p w14:paraId="0A3B468C" w14:textId="77777777" w:rsidR="0096220A" w:rsidRPr="00A01312" w:rsidRDefault="00000000">
      <w:pPr>
        <w:spacing w:before="160" w:after="160"/>
        <w:jc w:val="center"/>
        <w:rPr>
          <w:b/>
          <w:bCs/>
          <w:sz w:val="24"/>
          <w:szCs w:val="24"/>
          <w:lang w:val="hr-HR"/>
        </w:rPr>
      </w:pPr>
      <w:r w:rsidRPr="00A01312">
        <w:rPr>
          <w:b/>
          <w:bCs/>
          <w:sz w:val="24"/>
          <w:szCs w:val="24"/>
          <w:lang w:val="hr-HR"/>
        </w:rPr>
        <w:t>Članak 20.</w:t>
      </w:r>
    </w:p>
    <w:p w14:paraId="1F0E1F8F" w14:textId="77777777" w:rsidR="0096220A" w:rsidRDefault="00000000">
      <w:pPr>
        <w:jc w:val="both"/>
        <w:rPr>
          <w:sz w:val="24"/>
          <w:szCs w:val="24"/>
          <w:lang w:val="hr-HR"/>
        </w:rPr>
      </w:pPr>
      <w:r w:rsidRPr="00A01312">
        <w:rPr>
          <w:sz w:val="24"/>
          <w:szCs w:val="24"/>
          <w:lang w:val="hr-HR"/>
        </w:rPr>
        <w:t>Stupanjem na snagu ovoga Pravilnika prestaje važiti Pravilnik o provedbi postupaka jednostavne nabave (KLASA:, URBROJ:) od godine.</w:t>
      </w:r>
    </w:p>
    <w:p w14:paraId="1EA413CC" w14:textId="77777777" w:rsidR="004A21E3" w:rsidRDefault="004A21E3">
      <w:pPr>
        <w:jc w:val="both"/>
        <w:rPr>
          <w:sz w:val="24"/>
          <w:szCs w:val="24"/>
          <w:lang w:val="hr-HR"/>
        </w:rPr>
      </w:pPr>
    </w:p>
    <w:p w14:paraId="4488C170" w14:textId="77777777" w:rsidR="004A21E3" w:rsidRPr="00A01312" w:rsidRDefault="004A21E3">
      <w:pPr>
        <w:jc w:val="both"/>
        <w:rPr>
          <w:sz w:val="24"/>
          <w:szCs w:val="24"/>
          <w:lang w:val="hr-HR"/>
        </w:rPr>
      </w:pPr>
    </w:p>
    <w:p w14:paraId="7897439B" w14:textId="77777777" w:rsidR="002F3B64" w:rsidRPr="00A01312" w:rsidRDefault="00000000">
      <w:pPr>
        <w:rPr>
          <w:sz w:val="24"/>
          <w:szCs w:val="24"/>
          <w:lang w:val="hr-HR"/>
        </w:rPr>
      </w:pPr>
      <w:r w:rsidRPr="00A01312">
        <w:rPr>
          <w:sz w:val="24"/>
          <w:szCs w:val="24"/>
          <w:lang w:val="hr-HR"/>
        </w:rPr>
        <w:t xml:space="preserve">KLASA: </w:t>
      </w:r>
    </w:p>
    <w:p w14:paraId="7BDD7B5A" w14:textId="332048D8" w:rsidR="0096220A" w:rsidRPr="00A01312" w:rsidRDefault="00000000">
      <w:pPr>
        <w:rPr>
          <w:sz w:val="24"/>
          <w:szCs w:val="24"/>
          <w:lang w:val="hr-HR"/>
        </w:rPr>
      </w:pPr>
      <w:r w:rsidRPr="00A01312">
        <w:rPr>
          <w:sz w:val="24"/>
          <w:szCs w:val="24"/>
          <w:lang w:val="hr-HR"/>
        </w:rPr>
        <w:t>URBROJ:</w:t>
      </w:r>
    </w:p>
    <w:p w14:paraId="18ADEBC3" w14:textId="77777777" w:rsidR="002F3B64" w:rsidRPr="00A01312" w:rsidRDefault="002F3B64">
      <w:pPr>
        <w:rPr>
          <w:sz w:val="24"/>
          <w:szCs w:val="24"/>
          <w:lang w:val="hr-HR"/>
        </w:rPr>
      </w:pPr>
    </w:p>
    <w:p w14:paraId="507BFC2C" w14:textId="77777777" w:rsidR="002F3B64" w:rsidRPr="00A01312" w:rsidRDefault="002F3B64">
      <w:pPr>
        <w:rPr>
          <w:sz w:val="24"/>
          <w:szCs w:val="24"/>
          <w:lang w:val="hr-HR"/>
        </w:rPr>
      </w:pPr>
    </w:p>
    <w:p w14:paraId="684A71FF" w14:textId="7D8DBC44" w:rsidR="0096220A" w:rsidRDefault="00000000">
      <w:pPr>
        <w:rPr>
          <w:sz w:val="24"/>
          <w:szCs w:val="24"/>
          <w:lang w:val="hr-HR"/>
        </w:rPr>
      </w:pPr>
      <w:r w:rsidRPr="00A01312">
        <w:rPr>
          <w:sz w:val="24"/>
          <w:szCs w:val="24"/>
          <w:lang w:val="hr-HR"/>
        </w:rPr>
        <w:t xml:space="preserve">_______________, </w:t>
      </w:r>
      <w:r w:rsidR="004A21E3">
        <w:rPr>
          <w:sz w:val="24"/>
          <w:szCs w:val="24"/>
          <w:lang w:val="hr-HR"/>
        </w:rPr>
        <w:t xml:space="preserve">                </w:t>
      </w:r>
      <w:r w:rsidRPr="00A01312">
        <w:rPr>
          <w:sz w:val="24"/>
          <w:szCs w:val="24"/>
          <w:lang w:val="hr-HR"/>
        </w:rPr>
        <w:t>2026.</w:t>
      </w:r>
    </w:p>
    <w:p w14:paraId="5CBFE568" w14:textId="77777777" w:rsidR="004A21E3" w:rsidRDefault="004A21E3">
      <w:pPr>
        <w:rPr>
          <w:sz w:val="24"/>
          <w:szCs w:val="24"/>
          <w:lang w:val="hr-HR"/>
        </w:rPr>
      </w:pPr>
    </w:p>
    <w:p w14:paraId="0A943890" w14:textId="77777777" w:rsidR="004A21E3" w:rsidRPr="00A01312" w:rsidRDefault="004A21E3">
      <w:pPr>
        <w:rPr>
          <w:sz w:val="24"/>
          <w:szCs w:val="24"/>
          <w:lang w:val="hr-HR"/>
        </w:rPr>
      </w:pPr>
    </w:p>
    <w:p w14:paraId="333F3CBE" w14:textId="77777777" w:rsidR="004A21E3" w:rsidRDefault="004A21E3" w:rsidP="004A21E3">
      <w:pPr>
        <w:jc w:val="right"/>
        <w:rPr>
          <w:sz w:val="24"/>
          <w:szCs w:val="24"/>
          <w:lang w:val="hr-HR"/>
        </w:rPr>
      </w:pPr>
      <w:r>
        <w:rPr>
          <w:sz w:val="24"/>
          <w:szCs w:val="24"/>
          <w:lang w:val="hr-HR"/>
        </w:rPr>
        <w:t xml:space="preserve">                                                </w:t>
      </w:r>
      <w:r w:rsidRPr="00A01312">
        <w:rPr>
          <w:sz w:val="24"/>
          <w:szCs w:val="24"/>
          <w:lang w:val="hr-HR"/>
        </w:rPr>
        <w:t>PREDSJEDN</w:t>
      </w:r>
      <w:r>
        <w:rPr>
          <w:sz w:val="24"/>
          <w:szCs w:val="24"/>
          <w:lang w:val="hr-HR"/>
        </w:rPr>
        <w:t>IK</w:t>
      </w:r>
      <w:r w:rsidRPr="00A01312">
        <w:rPr>
          <w:sz w:val="24"/>
          <w:szCs w:val="24"/>
          <w:lang w:val="hr-HR"/>
        </w:rPr>
        <w:t xml:space="preserve"> ŠKOLSKOG ODBORA</w:t>
      </w:r>
    </w:p>
    <w:p w14:paraId="0B0437DB" w14:textId="44A2733B" w:rsidR="0096220A" w:rsidRDefault="00000000" w:rsidP="004A21E3">
      <w:pPr>
        <w:jc w:val="right"/>
        <w:rPr>
          <w:sz w:val="24"/>
          <w:szCs w:val="24"/>
          <w:lang w:val="hr-HR"/>
        </w:rPr>
      </w:pPr>
      <w:r w:rsidRPr="00A01312">
        <w:rPr>
          <w:sz w:val="24"/>
          <w:szCs w:val="24"/>
          <w:lang w:val="hr-HR"/>
        </w:rPr>
        <w:t xml:space="preserve"> </w:t>
      </w:r>
      <w:r w:rsidR="004A21E3">
        <w:rPr>
          <w:sz w:val="24"/>
          <w:szCs w:val="24"/>
          <w:lang w:val="hr-HR"/>
        </w:rPr>
        <w:t>Krešimir Petrak</w:t>
      </w:r>
    </w:p>
    <w:p w14:paraId="4A99BE1B" w14:textId="77777777" w:rsidR="004A21E3" w:rsidRDefault="004A21E3" w:rsidP="004A21E3">
      <w:pPr>
        <w:jc w:val="right"/>
        <w:rPr>
          <w:sz w:val="24"/>
          <w:szCs w:val="24"/>
          <w:lang w:val="hr-HR"/>
        </w:rPr>
      </w:pPr>
    </w:p>
    <w:p w14:paraId="46DBC124" w14:textId="77777777" w:rsidR="004A21E3" w:rsidRDefault="004A21E3" w:rsidP="004A21E3">
      <w:pPr>
        <w:jc w:val="right"/>
        <w:rPr>
          <w:sz w:val="24"/>
          <w:szCs w:val="24"/>
          <w:lang w:val="hr-HR"/>
        </w:rPr>
      </w:pPr>
    </w:p>
    <w:p w14:paraId="07705C80" w14:textId="31E5A537" w:rsidR="004A21E3" w:rsidRDefault="004A21E3" w:rsidP="004A21E3">
      <w:pPr>
        <w:jc w:val="right"/>
        <w:rPr>
          <w:sz w:val="24"/>
          <w:szCs w:val="24"/>
          <w:lang w:val="hr-HR"/>
        </w:rPr>
      </w:pPr>
      <w:r>
        <w:rPr>
          <w:sz w:val="24"/>
          <w:szCs w:val="24"/>
          <w:lang w:val="hr-HR"/>
        </w:rPr>
        <w:t>_____________________</w:t>
      </w:r>
    </w:p>
    <w:p w14:paraId="20F23A41" w14:textId="77777777" w:rsidR="004A21E3" w:rsidRPr="00A01312" w:rsidRDefault="004A21E3" w:rsidP="004A21E3">
      <w:pPr>
        <w:jc w:val="right"/>
        <w:rPr>
          <w:sz w:val="24"/>
          <w:szCs w:val="24"/>
          <w:lang w:val="hr-HR"/>
        </w:rPr>
      </w:pPr>
    </w:p>
    <w:p w14:paraId="3BDF7578" w14:textId="766517A8" w:rsidR="0096220A" w:rsidRDefault="00000000">
      <w:pPr>
        <w:jc w:val="both"/>
        <w:rPr>
          <w:sz w:val="24"/>
          <w:szCs w:val="24"/>
          <w:lang w:val="hr-HR"/>
        </w:rPr>
      </w:pPr>
      <w:r w:rsidRPr="00A01312">
        <w:rPr>
          <w:sz w:val="24"/>
          <w:szCs w:val="24"/>
          <w:lang w:val="hr-HR"/>
        </w:rPr>
        <w:t>Ovaj Pravilnik objavljen je na oglasnoj ploči Škole, na mrežnoj stranici Škole i u EOJN RH dana</w:t>
      </w:r>
      <w:r w:rsidR="004A21E3">
        <w:rPr>
          <w:sz w:val="24"/>
          <w:szCs w:val="24"/>
          <w:lang w:val="hr-HR"/>
        </w:rPr>
        <w:t>________</w:t>
      </w:r>
      <w:r w:rsidRPr="00A01312">
        <w:rPr>
          <w:sz w:val="24"/>
          <w:szCs w:val="24"/>
          <w:lang w:val="hr-HR"/>
        </w:rPr>
        <w:t xml:space="preserve"> 2026., a stupio je na snagu dana </w:t>
      </w:r>
      <w:r w:rsidR="004A21E3">
        <w:rPr>
          <w:sz w:val="24"/>
          <w:szCs w:val="24"/>
          <w:lang w:val="hr-HR"/>
        </w:rPr>
        <w:t>_________</w:t>
      </w:r>
      <w:r w:rsidRPr="00A01312">
        <w:rPr>
          <w:sz w:val="24"/>
          <w:szCs w:val="24"/>
          <w:lang w:val="hr-HR"/>
        </w:rPr>
        <w:t>2026.</w:t>
      </w:r>
    </w:p>
    <w:p w14:paraId="60EB4F57" w14:textId="77777777" w:rsidR="004A21E3" w:rsidRDefault="004A21E3">
      <w:pPr>
        <w:jc w:val="both"/>
        <w:rPr>
          <w:sz w:val="24"/>
          <w:szCs w:val="24"/>
          <w:lang w:val="hr-HR"/>
        </w:rPr>
      </w:pPr>
    </w:p>
    <w:p w14:paraId="0DEC895B" w14:textId="77777777" w:rsidR="004A21E3" w:rsidRDefault="004A21E3">
      <w:pPr>
        <w:jc w:val="both"/>
        <w:rPr>
          <w:sz w:val="24"/>
          <w:szCs w:val="24"/>
          <w:lang w:val="hr-HR"/>
        </w:rPr>
      </w:pPr>
    </w:p>
    <w:p w14:paraId="2663E523" w14:textId="77777777" w:rsidR="004A21E3" w:rsidRDefault="004A21E3">
      <w:pPr>
        <w:jc w:val="both"/>
        <w:rPr>
          <w:sz w:val="24"/>
          <w:szCs w:val="24"/>
          <w:lang w:val="hr-HR"/>
        </w:rPr>
      </w:pPr>
    </w:p>
    <w:p w14:paraId="5DD354A1" w14:textId="77777777" w:rsidR="004A21E3" w:rsidRPr="00A01312" w:rsidRDefault="004A21E3">
      <w:pPr>
        <w:jc w:val="both"/>
        <w:rPr>
          <w:sz w:val="24"/>
          <w:szCs w:val="24"/>
          <w:lang w:val="hr-HR"/>
        </w:rPr>
      </w:pPr>
    </w:p>
    <w:p w14:paraId="53DF684B" w14:textId="3B27BC64" w:rsidR="004A21E3" w:rsidRDefault="00000000" w:rsidP="004A21E3">
      <w:pPr>
        <w:jc w:val="right"/>
        <w:rPr>
          <w:sz w:val="24"/>
          <w:szCs w:val="24"/>
          <w:lang w:val="hr-HR"/>
        </w:rPr>
      </w:pPr>
      <w:r w:rsidRPr="00A01312">
        <w:rPr>
          <w:sz w:val="24"/>
          <w:szCs w:val="24"/>
          <w:lang w:val="hr-HR"/>
        </w:rPr>
        <w:t>RAVNATELJ</w:t>
      </w:r>
      <w:r w:rsidR="004A21E3">
        <w:rPr>
          <w:sz w:val="24"/>
          <w:szCs w:val="24"/>
          <w:lang w:val="hr-HR"/>
        </w:rPr>
        <w:t>ICA</w:t>
      </w:r>
      <w:r w:rsidRPr="00A01312">
        <w:rPr>
          <w:sz w:val="24"/>
          <w:szCs w:val="24"/>
          <w:lang w:val="hr-HR"/>
        </w:rPr>
        <w:t xml:space="preserve"> </w:t>
      </w:r>
    </w:p>
    <w:p w14:paraId="06AA5D2E" w14:textId="3858021D" w:rsidR="0096220A" w:rsidRDefault="004A21E3" w:rsidP="004A21E3">
      <w:pPr>
        <w:jc w:val="right"/>
        <w:rPr>
          <w:sz w:val="24"/>
          <w:szCs w:val="24"/>
          <w:lang w:val="hr-HR"/>
        </w:rPr>
      </w:pPr>
      <w:r>
        <w:rPr>
          <w:sz w:val="24"/>
          <w:szCs w:val="24"/>
          <w:lang w:val="hr-HR"/>
        </w:rPr>
        <w:t xml:space="preserve">Ljiljana </w:t>
      </w:r>
      <w:proofErr w:type="spellStart"/>
      <w:r>
        <w:rPr>
          <w:sz w:val="24"/>
          <w:szCs w:val="24"/>
          <w:lang w:val="hr-HR"/>
        </w:rPr>
        <w:t>Benčec</w:t>
      </w:r>
      <w:proofErr w:type="spellEnd"/>
      <w:r>
        <w:rPr>
          <w:sz w:val="24"/>
          <w:szCs w:val="24"/>
          <w:lang w:val="hr-HR"/>
        </w:rPr>
        <w:t xml:space="preserve"> </w:t>
      </w:r>
      <w:proofErr w:type="spellStart"/>
      <w:r>
        <w:rPr>
          <w:sz w:val="24"/>
          <w:szCs w:val="24"/>
          <w:lang w:val="hr-HR"/>
        </w:rPr>
        <w:t>Miklečić</w:t>
      </w:r>
      <w:proofErr w:type="spellEnd"/>
    </w:p>
    <w:p w14:paraId="2FB38F12" w14:textId="77777777" w:rsidR="004A21E3" w:rsidRDefault="004A21E3" w:rsidP="004A21E3">
      <w:pPr>
        <w:jc w:val="right"/>
        <w:rPr>
          <w:sz w:val="24"/>
          <w:szCs w:val="24"/>
          <w:lang w:val="hr-HR"/>
        </w:rPr>
      </w:pPr>
    </w:p>
    <w:p w14:paraId="704BE99F" w14:textId="53D4CBAD" w:rsidR="004A21E3" w:rsidRPr="00A01312" w:rsidRDefault="004A21E3" w:rsidP="004A21E3">
      <w:pPr>
        <w:jc w:val="right"/>
        <w:rPr>
          <w:sz w:val="24"/>
          <w:szCs w:val="24"/>
          <w:lang w:val="hr-HR"/>
        </w:rPr>
      </w:pPr>
      <w:r>
        <w:rPr>
          <w:sz w:val="24"/>
          <w:szCs w:val="24"/>
          <w:lang w:val="hr-HR"/>
        </w:rPr>
        <w:t>_____________________</w:t>
      </w:r>
    </w:p>
    <w:sectPr w:rsidR="004A21E3" w:rsidRPr="00A01312" w:rsidSect="002F3B64">
      <w:headerReference w:type="default" r:id="rId8"/>
      <w:footerReference w:type="default" r:id="rId9"/>
      <w:pgSz w:w="11906" w:h="16838"/>
      <w:pgMar w:top="1417" w:right="1417" w:bottom="1417"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92F25" w14:textId="77777777" w:rsidR="00474220" w:rsidRDefault="00474220">
      <w:r>
        <w:separator/>
      </w:r>
    </w:p>
  </w:endnote>
  <w:endnote w:type="continuationSeparator" w:id="0">
    <w:p w14:paraId="23313E1F" w14:textId="77777777" w:rsidR="00474220" w:rsidRDefault="00474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781548"/>
      <w:docPartObj>
        <w:docPartGallery w:val="Page Numbers (Bottom of Page)"/>
        <w:docPartUnique/>
      </w:docPartObj>
    </w:sdtPr>
    <w:sdtContent>
      <w:p w14:paraId="54317F32" w14:textId="622CCC67" w:rsidR="00DD49FF" w:rsidRDefault="00DD49FF">
        <w:pPr>
          <w:pStyle w:val="Podnoje"/>
          <w:jc w:val="center"/>
        </w:pPr>
        <w:r>
          <w:fldChar w:fldCharType="begin"/>
        </w:r>
        <w:r>
          <w:instrText>PAGE   \* MERGEFORMAT</w:instrText>
        </w:r>
        <w:r>
          <w:fldChar w:fldCharType="separate"/>
        </w:r>
        <w:r>
          <w:rPr>
            <w:lang w:val="hr-HR"/>
          </w:rPr>
          <w:t>2</w:t>
        </w:r>
        <w:r>
          <w:fldChar w:fldCharType="end"/>
        </w:r>
      </w:p>
    </w:sdtContent>
  </w:sdt>
  <w:p w14:paraId="79F26259" w14:textId="135F905A" w:rsidR="0096220A" w:rsidRDefault="0096220A">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11C4E" w14:textId="77777777" w:rsidR="00474220" w:rsidRDefault="00474220">
      <w:r>
        <w:separator/>
      </w:r>
    </w:p>
  </w:footnote>
  <w:footnote w:type="continuationSeparator" w:id="0">
    <w:p w14:paraId="17C7432D" w14:textId="77777777" w:rsidR="00474220" w:rsidRDefault="00474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865A" w14:textId="25EB2EC1" w:rsidR="001B1DF6" w:rsidRDefault="001B1DF6">
    <w:pPr>
      <w:pStyle w:val="Zaglavlje"/>
      <w:rPr>
        <w:lang w:val="hr-HR"/>
      </w:rPr>
    </w:pPr>
    <w:r>
      <w:rPr>
        <w:lang w:val="hr-HR"/>
      </w:rPr>
      <w:t>PRIJEDLOG</w:t>
    </w:r>
  </w:p>
  <w:p w14:paraId="629B4F72" w14:textId="77777777" w:rsidR="001B1DF6" w:rsidRPr="001B1DF6" w:rsidRDefault="001B1DF6">
    <w:pPr>
      <w:pStyle w:val="Zaglavlje"/>
      <w:rPr>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8DE5F09"/>
    <w:multiLevelType w:val="hybridMultilevel"/>
    <w:tmpl w:val="7A103AB4"/>
    <w:lvl w:ilvl="0" w:tplc="7614638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B7B6216"/>
    <w:multiLevelType w:val="hybridMultilevel"/>
    <w:tmpl w:val="21E48DA6"/>
    <w:lvl w:ilvl="0" w:tplc="8890919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BDF753D"/>
    <w:multiLevelType w:val="hybridMultilevel"/>
    <w:tmpl w:val="3A566152"/>
    <w:lvl w:ilvl="0" w:tplc="88909198">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800196"/>
    <w:multiLevelType w:val="hybridMultilevel"/>
    <w:tmpl w:val="BA0CE2A6"/>
    <w:lvl w:ilvl="0" w:tplc="C776A8B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D6A3406"/>
    <w:multiLevelType w:val="hybridMultilevel"/>
    <w:tmpl w:val="F12009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0D2464F"/>
    <w:multiLevelType w:val="hybridMultilevel"/>
    <w:tmpl w:val="03925FE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2846498"/>
    <w:multiLevelType w:val="hybridMultilevel"/>
    <w:tmpl w:val="9FFE68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33C0CBA"/>
    <w:multiLevelType w:val="hybridMultilevel"/>
    <w:tmpl w:val="FBEE60D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4151627"/>
    <w:multiLevelType w:val="hybridMultilevel"/>
    <w:tmpl w:val="768691DA"/>
    <w:lvl w:ilvl="0" w:tplc="1C2AEB9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CD5472E"/>
    <w:multiLevelType w:val="hybridMultilevel"/>
    <w:tmpl w:val="EAEE4E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58C36F6F"/>
    <w:multiLevelType w:val="hybridMultilevel"/>
    <w:tmpl w:val="DBC6BD1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46E09FB"/>
    <w:multiLevelType w:val="hybridMultilevel"/>
    <w:tmpl w:val="33362C98"/>
    <w:lvl w:ilvl="0" w:tplc="8890919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C570B36"/>
    <w:multiLevelType w:val="hybridMultilevel"/>
    <w:tmpl w:val="863C4852"/>
    <w:lvl w:ilvl="0" w:tplc="8890919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EF922C4"/>
    <w:multiLevelType w:val="hybridMultilevel"/>
    <w:tmpl w:val="F7A040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7BD5FE4"/>
    <w:multiLevelType w:val="hybridMultilevel"/>
    <w:tmpl w:val="4FF01032"/>
    <w:lvl w:ilvl="0" w:tplc="8890919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05780376">
    <w:abstractNumId w:val="8"/>
  </w:num>
  <w:num w:numId="2" w16cid:durableId="1298997734">
    <w:abstractNumId w:val="6"/>
  </w:num>
  <w:num w:numId="3" w16cid:durableId="1039622144">
    <w:abstractNumId w:val="5"/>
  </w:num>
  <w:num w:numId="4" w16cid:durableId="1893693619">
    <w:abstractNumId w:val="4"/>
  </w:num>
  <w:num w:numId="5" w16cid:durableId="944002358">
    <w:abstractNumId w:val="7"/>
  </w:num>
  <w:num w:numId="6" w16cid:durableId="37048055">
    <w:abstractNumId w:val="3"/>
  </w:num>
  <w:num w:numId="7" w16cid:durableId="910653995">
    <w:abstractNumId w:val="2"/>
  </w:num>
  <w:num w:numId="8" w16cid:durableId="971905417">
    <w:abstractNumId w:val="1"/>
  </w:num>
  <w:num w:numId="9" w16cid:durableId="866256791">
    <w:abstractNumId w:val="0"/>
  </w:num>
  <w:num w:numId="10" w16cid:durableId="1492135416">
    <w:abstractNumId w:val="18"/>
  </w:num>
  <w:num w:numId="11" w16cid:durableId="838009345">
    <w:abstractNumId w:val="13"/>
  </w:num>
  <w:num w:numId="12" w16cid:durableId="1694452722">
    <w:abstractNumId w:val="10"/>
  </w:num>
  <w:num w:numId="13" w16cid:durableId="28726991">
    <w:abstractNumId w:val="11"/>
  </w:num>
  <w:num w:numId="14" w16cid:durableId="1114665767">
    <w:abstractNumId w:val="20"/>
  </w:num>
  <w:num w:numId="15" w16cid:durableId="1145319724">
    <w:abstractNumId w:val="23"/>
  </w:num>
  <w:num w:numId="16" w16cid:durableId="701396523">
    <w:abstractNumId w:val="14"/>
  </w:num>
  <w:num w:numId="17" w16cid:durableId="650787518">
    <w:abstractNumId w:val="15"/>
  </w:num>
  <w:num w:numId="18" w16cid:durableId="683242758">
    <w:abstractNumId w:val="16"/>
  </w:num>
  <w:num w:numId="19" w16cid:durableId="313918546">
    <w:abstractNumId w:val="22"/>
  </w:num>
  <w:num w:numId="20" w16cid:durableId="376663773">
    <w:abstractNumId w:val="21"/>
  </w:num>
  <w:num w:numId="21" w16cid:durableId="1900284996">
    <w:abstractNumId w:val="9"/>
  </w:num>
  <w:num w:numId="22" w16cid:durableId="1721392651">
    <w:abstractNumId w:val="17"/>
  </w:num>
  <w:num w:numId="23" w16cid:durableId="304941148">
    <w:abstractNumId w:val="19"/>
  </w:num>
  <w:num w:numId="24" w16cid:durableId="8792440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E36"/>
    <w:rsid w:val="00034616"/>
    <w:rsid w:val="0006063C"/>
    <w:rsid w:val="000E3066"/>
    <w:rsid w:val="0015074B"/>
    <w:rsid w:val="001B1DF6"/>
    <w:rsid w:val="001E46F8"/>
    <w:rsid w:val="00220FF3"/>
    <w:rsid w:val="00251470"/>
    <w:rsid w:val="0029639D"/>
    <w:rsid w:val="002F3B64"/>
    <w:rsid w:val="00305F87"/>
    <w:rsid w:val="00326F90"/>
    <w:rsid w:val="003C078A"/>
    <w:rsid w:val="003D0ADC"/>
    <w:rsid w:val="003E45B1"/>
    <w:rsid w:val="00400004"/>
    <w:rsid w:val="00413DBC"/>
    <w:rsid w:val="00470469"/>
    <w:rsid w:val="00472849"/>
    <w:rsid w:val="00474220"/>
    <w:rsid w:val="004A21E3"/>
    <w:rsid w:val="004C4B5C"/>
    <w:rsid w:val="00510E1F"/>
    <w:rsid w:val="00556E67"/>
    <w:rsid w:val="005B069D"/>
    <w:rsid w:val="005B497A"/>
    <w:rsid w:val="005D0F7D"/>
    <w:rsid w:val="00604906"/>
    <w:rsid w:val="006477F7"/>
    <w:rsid w:val="006D378F"/>
    <w:rsid w:val="006E210A"/>
    <w:rsid w:val="006F4FA6"/>
    <w:rsid w:val="00785AAB"/>
    <w:rsid w:val="007870A4"/>
    <w:rsid w:val="007A2680"/>
    <w:rsid w:val="007F1CC0"/>
    <w:rsid w:val="00806F94"/>
    <w:rsid w:val="008B1F93"/>
    <w:rsid w:val="0090515D"/>
    <w:rsid w:val="0096220A"/>
    <w:rsid w:val="009647F6"/>
    <w:rsid w:val="00A01312"/>
    <w:rsid w:val="00A83F8D"/>
    <w:rsid w:val="00AA1D8D"/>
    <w:rsid w:val="00B41114"/>
    <w:rsid w:val="00B47730"/>
    <w:rsid w:val="00B61D2A"/>
    <w:rsid w:val="00B9553A"/>
    <w:rsid w:val="00BA387E"/>
    <w:rsid w:val="00BE420F"/>
    <w:rsid w:val="00BF6690"/>
    <w:rsid w:val="00C208B4"/>
    <w:rsid w:val="00C2794F"/>
    <w:rsid w:val="00C70460"/>
    <w:rsid w:val="00C83C14"/>
    <w:rsid w:val="00CA1045"/>
    <w:rsid w:val="00CA30F5"/>
    <w:rsid w:val="00CB0664"/>
    <w:rsid w:val="00CC2B14"/>
    <w:rsid w:val="00CC31A4"/>
    <w:rsid w:val="00D1777A"/>
    <w:rsid w:val="00DD49FF"/>
    <w:rsid w:val="00E12A7D"/>
    <w:rsid w:val="00E15C17"/>
    <w:rsid w:val="00E33619"/>
    <w:rsid w:val="00E56861"/>
    <w:rsid w:val="00F27064"/>
    <w:rsid w:val="00F577EC"/>
    <w:rsid w:val="00F616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07232C"/>
  <w14:defaultImageDpi w14:val="300"/>
  <w15:docId w15:val="{8A3D549C-364A-4D7C-A428-C9178F455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rPr>
  </w:style>
  <w:style w:type="paragraph" w:styleId="Naslov1">
    <w:name w:val="heading 1"/>
    <w:basedOn w:val="Normal"/>
    <w:next w:val="Normal"/>
    <w:link w:val="Naslov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semiHidden/>
    <w:unhideWhenUsed/>
    <w:rsid w:val="00C2794F"/>
    <w:pPr>
      <w:spacing w:before="100" w:beforeAutospacing="1" w:after="100" w:afterAutospacing="1"/>
    </w:pPr>
    <w:rPr>
      <w:rFonts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2947</Words>
  <Characters>16800</Characters>
  <Application>Microsoft Office Word</Application>
  <DocSecurity>0</DocSecurity>
  <Lines>140</Lines>
  <Paragraphs>39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2026-09-24T14:16:00Z</dcterms:created>
  <dcterms:modified xsi:type="dcterms:W3CDTF">2026-09-24T14:16:00Z</dcterms:modified>
  <cp:category/>
</cp:coreProperties>
</file>